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overflowPunct w:val="true"/>
        <w:spacing w:lineRule="exact" w:line="602" w:before="0" w:after="0"/>
        <w:jc w:val="center"/>
        <w:textAlignment w:val="baseline"/>
        <w:rPr>
          <w:rFonts w:ascii="BIZ UDゴシック" w:hAnsi="BIZ UDゴシック" w:eastAsia="BIZ UDゴシック" w:cs="Times New Roman"/>
          <w:color w:val="000000"/>
          <w:spacing w:val="16"/>
          <w:sz w:val="32"/>
          <w:szCs w:val="32"/>
          <w:lang w:eastAsia="ja-JP"/>
        </w:rPr>
      </w:pPr>
      <w:r>
        <w:rPr>
          <w:rFonts w:ascii="BIZ UDゴシック" w:hAnsi="BIZ UDゴシック" w:cs="ＭＳ Ｐゴシック" w:eastAsia="BIZ UDゴシック"/>
          <w:b/>
          <w:bCs/>
          <w:color w:val="000000"/>
          <w:spacing w:val="16"/>
          <w:sz w:val="32"/>
          <w:szCs w:val="32"/>
          <w:lang w:eastAsia="ja-JP"/>
        </w:rPr>
        <w:t>糸魚川市長表彰候補申込書</w:t>
      </w:r>
    </w:p>
    <w:p>
      <w:pPr>
        <w:pStyle w:val="Normal"/>
        <w:widowControl w:val="false"/>
        <w:overflowPunct w:val="true"/>
        <w:spacing w:lineRule="auto" w:line="240" w:before="0" w:after="0"/>
        <w:jc w:val="both"/>
        <w:textAlignment w:val="baseline"/>
        <w:rPr>
          <w:rFonts w:ascii="Times New Roman" w:hAnsi="Times New Roman" w:eastAsia="ＭＳ 明朝" w:cs="Times New Roman"/>
          <w:color w:val="000000"/>
          <w:szCs w:val="21"/>
          <w:lang w:eastAsia="ja-JP"/>
        </w:rPr>
      </w:pPr>
      <w:r>
        <w:rPr>
          <w:rFonts w:ascii="Times New Roman" w:hAnsi="Times New Roman" w:cs="ＭＳ 明朝"/>
          <w:b/>
          <w:bCs/>
          <w:color w:val="000000"/>
          <w:szCs w:val="21"/>
          <w:lang w:eastAsia="ja-JP"/>
        </w:rPr>
        <w:t>　</w:t>
      </w:r>
      <w:r>
        <w:rPr>
          <w:rFonts w:ascii="Times New Roman" w:hAnsi="Times New Roman" w:cs="Times New Roman"/>
          <w:color w:val="000000"/>
          <w:szCs w:val="21"/>
          <w:lang w:eastAsia="ja-JP"/>
        </w:rPr>
        <w:t xml:space="preserve">                                                     </w:t>
      </w:r>
    </w:p>
    <w:p>
      <w:pPr>
        <w:pStyle w:val="Normal"/>
        <w:widowControl w:val="false"/>
        <w:overflowPunct w:val="true"/>
        <w:spacing w:lineRule="auto" w:line="240" w:before="0" w:after="0"/>
        <w:jc w:val="right"/>
        <w:textAlignment w:val="baseline"/>
        <w:rPr>
          <w:rFonts w:ascii="ＭＳ 明朝" w:hAnsi="ＭＳ 明朝" w:eastAsia="ＭＳ 明朝" w:cs="Times New Roman"/>
          <w:color w:val="000000"/>
          <w:spacing w:val="16"/>
          <w:szCs w:val="21"/>
          <w:lang w:eastAsia="ja-JP"/>
        </w:rPr>
      </w:pPr>
      <w:r>
        <w:rPr>
          <w:rFonts w:ascii="Times New Roman" w:hAnsi="Times New Roman" w:cs="Times New Roman"/>
          <w:color w:val="000000"/>
          <w:szCs w:val="21"/>
          <w:lang w:eastAsia="ja-JP"/>
        </w:rPr>
        <w:t xml:space="preserve"> </w:t>
      </w:r>
      <w:r>
        <w:rPr>
          <w:rFonts w:ascii="Times New Roman" w:hAnsi="Times New Roman" w:cs="ＭＳ 明朝"/>
          <w:color w:val="000000"/>
          <w:szCs w:val="21"/>
          <w:lang w:eastAsia="ja-JP"/>
        </w:rPr>
        <w:t>令和　　年　　月　　日</w:t>
      </w:r>
    </w:p>
    <w:p>
      <w:pPr>
        <w:pStyle w:val="Normal"/>
        <w:widowControl w:val="false"/>
        <w:overflowPunct w:val="true"/>
        <w:spacing w:lineRule="auto" w:line="240" w:before="0" w:after="0"/>
        <w:jc w:val="both"/>
        <w:textAlignment w:val="baseline"/>
        <w:rPr>
          <w:rFonts w:ascii="ＭＳ 明朝" w:hAnsi="ＭＳ 明朝" w:eastAsia="ＭＳ 明朝" w:cs="Times New Roman"/>
          <w:color w:val="000000"/>
          <w:spacing w:val="16"/>
          <w:sz w:val="22"/>
          <w:lang w:eastAsia="ja-JP"/>
        </w:rPr>
      </w:pPr>
      <w:r>
        <w:rPr>
          <w:rFonts w:ascii="ＭＳ 明朝" w:hAnsi="ＭＳ 明朝" w:cs="ＭＳ 明朝"/>
          <w:b/>
          <w:bCs/>
          <w:color w:val="000000"/>
          <w:sz w:val="22"/>
          <w:lang w:eastAsia="ja-JP"/>
        </w:rPr>
        <w:t>　</w:t>
      </w:r>
      <w:r>
        <w:rPr>
          <w:rFonts w:ascii="ＭＳ 明朝" w:hAnsi="ＭＳ 明朝" w:cs="ＭＳ 明朝"/>
          <w:color w:val="000000"/>
          <w:sz w:val="22"/>
          <w:lang w:eastAsia="ja-JP"/>
        </w:rPr>
        <w:t>糸魚川市長　　様</w:t>
      </w:r>
    </w:p>
    <w:p>
      <w:pPr>
        <w:pStyle w:val="Normal"/>
        <w:widowControl w:val="false"/>
        <w:overflowPunct w:val="true"/>
        <w:spacing w:lineRule="auto" w:line="240" w:before="0" w:after="0"/>
        <w:jc w:val="both"/>
        <w:textAlignment w:val="baseline"/>
        <w:rPr>
          <w:rFonts w:ascii="BIZ UDゴシック" w:hAnsi="BIZ UDゴシック" w:eastAsia="BIZ UDゴシック" w:cs="Times New Roman"/>
          <w:color w:val="000000"/>
          <w:spacing w:val="16"/>
          <w:sz w:val="22"/>
          <w:lang w:eastAsia="ja-JP"/>
        </w:rPr>
      </w:pPr>
      <w:r>
        <w:rPr>
          <w:rFonts w:ascii="ＭＳ 明朝" w:hAnsi="ＭＳ 明朝" w:cs="ＭＳ 明朝"/>
          <w:b/>
          <w:bCs/>
          <w:color w:val="000000"/>
          <w:sz w:val="22"/>
          <w:lang w:eastAsia="ja-JP"/>
        </w:rPr>
        <w:t>　　　　　　　　　　　　　　　　　</w:t>
      </w:r>
      <w:r>
        <w:rPr>
          <w:rFonts w:ascii="BIZ UDゴシック" w:hAnsi="BIZ UDゴシック" w:cs="ＭＳ 明朝" w:eastAsia="BIZ UDゴシック"/>
          <w:b/>
          <w:bCs/>
          <w:color w:val="000000"/>
          <w:sz w:val="22"/>
          <w:lang w:eastAsia="ja-JP"/>
        </w:rPr>
        <w:t>事業所名（屋号）</w:t>
      </w:r>
    </w:p>
    <w:p>
      <w:pPr>
        <w:pStyle w:val="Normal"/>
        <w:widowControl w:val="false"/>
        <w:overflowPunct w:val="true"/>
        <w:spacing w:lineRule="auto" w:line="240" w:before="0" w:after="0"/>
        <w:jc w:val="both"/>
        <w:textAlignment w:val="baseline"/>
        <w:rPr>
          <w:rFonts w:ascii="BIZ UDゴシック" w:hAnsi="BIZ UDゴシック" w:eastAsia="BIZ UDゴシック" w:cs="Times New Roman"/>
          <w:color w:val="000000"/>
          <w:sz w:val="22"/>
          <w:lang w:eastAsia="ja-JP"/>
        </w:rPr>
      </w:pPr>
      <w:r>
        <w:rPr>
          <w:rFonts w:ascii="ＭＳ 明朝" w:hAnsi="ＭＳ 明朝" w:cs="Times New Roman"/>
          <w:color w:val="000000"/>
          <w:sz w:val="22"/>
          <w:lang w:eastAsia="ja-JP"/>
        </w:rPr>
        <w:t xml:space="preserve">                                  </w:t>
      </w:r>
      <w:r>
        <w:rPr>
          <w:rFonts w:ascii="BIZ UDゴシック" w:hAnsi="BIZ UDゴシック" w:cs="ＭＳ 明朝" w:eastAsia="BIZ UDゴシック"/>
          <w:b/>
          <w:bCs/>
          <w:color w:val="000000"/>
          <w:sz w:val="22"/>
          <w:lang w:eastAsia="ja-JP"/>
        </w:rPr>
        <w:t>代表者氏名</w:t>
      </w:r>
      <w:r>
        <w:rPr>
          <w:rFonts w:ascii="BIZ UDゴシック" w:hAnsi="BIZ UDゴシック" w:cs="Times New Roman" w:eastAsia="BIZ UDゴシック"/>
          <w:color w:val="000000"/>
          <w:sz w:val="22"/>
          <w:lang w:eastAsia="ja-JP"/>
        </w:rPr>
        <w:t xml:space="preserve">     </w:t>
      </w:r>
    </w:p>
    <w:p>
      <w:pPr>
        <w:pStyle w:val="Normal"/>
        <w:widowControl w:val="false"/>
        <w:overflowPunct w:val="true"/>
        <w:spacing w:lineRule="auto" w:line="240" w:before="0" w:after="0"/>
        <w:jc w:val="both"/>
        <w:textAlignment w:val="baseline"/>
        <w:rPr>
          <w:rFonts w:ascii="ＭＳ 明朝" w:hAnsi="ＭＳ 明朝" w:eastAsia="ＭＳ 明朝" w:cs="ＭＳ 明朝"/>
          <w:b/>
          <w:bCs/>
          <w:color w:val="000000"/>
          <w:sz w:val="22"/>
          <w:lang w:eastAsia="ja-JP"/>
        </w:rPr>
      </w:pPr>
      <w:r>
        <w:rPr>
          <w:rFonts w:ascii="BIZ UDゴシック" w:hAnsi="BIZ UDゴシック" w:cs="Times New Roman" w:eastAsia="BIZ UDゴシック"/>
          <w:color w:val="000000"/>
          <w:sz w:val="22"/>
          <w:lang w:eastAsia="ja-JP"/>
        </w:rPr>
        <w:t xml:space="preserve">　　　　              </w:t>
      </w:r>
      <w:r>
        <w:rPr>
          <w:rFonts w:ascii="BIZ UDゴシック" w:hAnsi="BIZ UDゴシック" w:cs="ＭＳ 明朝" w:eastAsia="BIZ UDゴシック"/>
          <w:b/>
          <w:bCs/>
          <w:color w:val="000000"/>
          <w:sz w:val="22"/>
          <w:lang w:eastAsia="ja-JP"/>
        </w:rPr>
        <w:t>　</w:t>
      </w:r>
      <w:r>
        <w:rPr>
          <w:rFonts w:ascii="BIZ UDゴシック" w:hAnsi="BIZ UDゴシック" w:cs="Times New Roman" w:eastAsia="BIZ UDゴシック"/>
          <w:color w:val="000000"/>
          <w:sz w:val="22"/>
          <w:lang w:eastAsia="ja-JP"/>
        </w:rPr>
        <w:t xml:space="preserve">          　　　（連絡先、担当者</w:t>
      </w:r>
      <w:r>
        <w:rPr>
          <w:rFonts w:ascii="ＭＳ 明朝" w:hAnsi="ＭＳ 明朝" w:cs="ＭＳ 明朝"/>
          <w:b/>
          <w:bCs/>
          <w:color w:val="000000"/>
          <w:sz w:val="22"/>
          <w:lang w:eastAsia="ja-JP"/>
        </w:rPr>
        <w:t>　　　　　　　　　　　　　）</w:t>
      </w:r>
    </w:p>
    <w:p>
      <w:pPr>
        <w:pStyle w:val="Normal"/>
        <w:widowControl w:val="false"/>
        <w:overflowPunct w:val="true"/>
        <w:spacing w:lineRule="auto" w:line="240" w:before="0" w:after="0"/>
        <w:jc w:val="both"/>
        <w:textAlignment w:val="baseline"/>
        <w:rPr>
          <w:rFonts w:ascii="ＭＳ 明朝" w:hAnsi="ＭＳ 明朝" w:eastAsia="ＭＳ 明朝" w:cs="ＭＳ 明朝"/>
          <w:b/>
          <w:bCs/>
          <w:color w:val="000000"/>
          <w:sz w:val="22"/>
          <w:lang w:eastAsia="ja-JP"/>
        </w:rPr>
      </w:pPr>
      <w:r>
        <w:rPr>
          <w:rFonts w:eastAsia="ＭＳ 明朝" w:cs="ＭＳ 明朝" w:ascii="ＭＳ 明朝" w:hAnsi="ＭＳ 明朝"/>
          <w:b/>
          <w:bCs/>
          <w:color w:val="000000"/>
          <w:sz w:val="22"/>
          <w:lang w:eastAsia="ja-JP"/>
        </w:rPr>
      </w:r>
    </w:p>
    <w:p>
      <w:pPr>
        <w:pStyle w:val="Normal"/>
        <w:widowControl w:val="false"/>
        <w:overflowPunct w:val="true"/>
        <w:spacing w:lineRule="auto" w:line="240" w:before="0" w:after="0"/>
        <w:ind w:firstLine="220"/>
        <w:jc w:val="both"/>
        <w:textAlignment w:val="baseline"/>
        <w:rPr>
          <w:rFonts w:ascii="ＭＳ 明朝" w:hAnsi="ＭＳ 明朝" w:eastAsia="ＭＳ 明朝" w:cs="ＭＳ 明朝"/>
          <w:color w:val="000000"/>
          <w:sz w:val="22"/>
          <w:lang w:eastAsia="ja-JP"/>
        </w:rPr>
      </w:pPr>
      <w:r>
        <w:rPr>
          <w:rFonts w:ascii="ＭＳ 明朝" w:hAnsi="ＭＳ 明朝" w:cs="ＭＳ 明朝"/>
          <w:color w:val="000000"/>
          <w:sz w:val="22"/>
          <w:lang w:eastAsia="ja-JP"/>
        </w:rPr>
        <w:t>対象企業として、下記のとおり申込します。</w:t>
      </w:r>
    </w:p>
    <w:p>
      <w:pPr>
        <w:pStyle w:val="Normal"/>
        <w:widowControl w:val="false"/>
        <w:overflowPunct w:val="true"/>
        <w:spacing w:lineRule="auto" w:line="240" w:before="0" w:after="0"/>
        <w:ind w:firstLine="220"/>
        <w:jc w:val="both"/>
        <w:textAlignment w:val="baseline"/>
        <w:rPr>
          <w:rFonts w:ascii="ＭＳ 明朝" w:hAnsi="ＭＳ 明朝" w:eastAsia="ＭＳ 明朝" w:cs="ＭＳ 明朝"/>
          <w:color w:val="000000"/>
          <w:sz w:val="22"/>
          <w:lang w:eastAsia="ja-JP"/>
        </w:rPr>
      </w:pPr>
      <w:r>
        <w:rPr>
          <w:rFonts w:ascii="ＭＳ 明朝" w:hAnsi="ＭＳ 明朝" w:cs="ＭＳ 明朝"/>
          <w:color w:val="000000"/>
          <w:sz w:val="22"/>
          <w:lang w:eastAsia="ja-JP"/>
        </w:rPr>
        <w:t>また、自社の市税の納税状況について、市が調査することに同意します。</w:t>
      </w:r>
    </w:p>
    <w:tbl>
      <w:tblPr>
        <w:tblW w:w="9517" w:type="dxa"/>
        <w:jc w:val="left"/>
        <w:tblInd w:w="112" w:type="dxa"/>
        <w:tblLayout w:type="fixed"/>
        <w:tblCellMar>
          <w:top w:w="0" w:type="dxa"/>
          <w:left w:w="52" w:type="dxa"/>
          <w:bottom w:w="0" w:type="dxa"/>
          <w:right w:w="52" w:type="dxa"/>
        </w:tblCellMar>
        <w:tblLook w:firstRow="0" w:noVBand="0" w:lastRow="0" w:firstColumn="0" w:lastColumn="0" w:noHBand="0" w:val="0000"/>
      </w:tblPr>
      <w:tblGrid>
        <w:gridCol w:w="1868"/>
        <w:gridCol w:w="3401"/>
        <w:gridCol w:w="1844"/>
        <w:gridCol w:w="2404"/>
      </w:tblGrid>
      <w:tr>
        <w:trPr>
          <w:trHeight w:val="600" w:hRule="atLeast"/>
        </w:trPr>
        <w:tc>
          <w:tcPr>
            <w:tcW w:w="186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overflowPunct w:val="true"/>
              <w:spacing w:lineRule="auto" w:line="240" w:before="0" w:after="0"/>
              <w:textAlignment w:val="baseline"/>
              <w:rPr>
                <w:rFonts w:ascii="BIZ UDゴシック" w:hAnsi="BIZ UDゴシック" w:eastAsia="BIZ UDゴシック" w:cs="Times New Roman"/>
                <w:sz w:val="16"/>
                <w:szCs w:val="16"/>
                <w:lang w:eastAsia="ja-JP"/>
              </w:rPr>
            </w:pPr>
            <w:r>
              <w:rPr>
                <w:rFonts w:ascii="BIZ UDゴシック" w:hAnsi="BIZ UDゴシック" w:cs="Times New Roman" w:eastAsia="BIZ UDゴシック"/>
                <w:sz w:val="16"/>
                <w:szCs w:val="16"/>
                <w:lang w:eastAsia="ja-JP"/>
              </w:rPr>
              <w:t>（現在の）</w:t>
            </w:r>
          </w:p>
          <w:p>
            <w:pPr>
              <w:pStyle w:val="Normal"/>
              <w:widowControl w:val="false"/>
              <w:suppressAutoHyphens w:val="true"/>
              <w:overflowPunct w:val="true"/>
              <w:spacing w:lineRule="auto" w:line="240" w:before="0" w:after="0"/>
              <w:jc w:val="center"/>
              <w:textAlignment w:val="baseline"/>
              <w:rPr>
                <w:rFonts w:ascii="ＭＳ 明朝" w:hAnsi="ＭＳ 明朝" w:eastAsia="ＭＳ 明朝" w:cs="Times New Roman"/>
                <w:color w:val="000000"/>
                <w:spacing w:val="16"/>
                <w:sz w:val="22"/>
                <w:lang w:eastAsia="ja-JP"/>
              </w:rPr>
            </w:pPr>
            <w:r/>
            <w:r>
              <w:ruby>
                <w:rubyPr>
                  <w:rubyAlign w:val="distributeSpace"/>
                  <w:hps w:val="11"/>
                  <w:hpsRaise w:val="22"/>
                  <w:hpsBaseText w:val="22"/>
                  <w:lid w:val="ja-JP"/>
                </w:rubyPr>
                <w:rt>
                  <w:r>
                    <w:rPr>
                      <w:rFonts w:ascii="BIZ UDゴシック" w:hAnsi="BIZ UDゴシック"/>
                      <w:sz w:val="11"/>
                      <w:szCs w:val="22"/>
                    </w:rPr>
                    <w:t>ふりがな</w:t>
                  </w:r>
                </w:rt>
                <w:rubyBase>
                  <w:r>
                    <w:rPr>
                      <w:rFonts w:ascii="BIZ UDゴシック" w:hAnsi="BIZ UDゴシック" w:cs="Times New Roman" w:eastAsia="BIZ UDゴシック"/>
                      <w:sz w:val="22"/>
                      <w:lang w:eastAsia="ja-JP"/>
                    </w:rPr>
                    <w:t>事業所名</w:t>
                  </w:r>
                  <w:r/>
                </w:rubyBase>
              </w:ruby>
            </w:r>
            <w:r>
              <w:rPr>
                <w:rFonts w:eastAsia="BIZ UDゴシック" w:cs="Times New Roman" w:ascii="BIZ UDゴシック" w:hAnsi="BIZ UDゴシック"/>
                <w:spacing w:val="30"/>
                <w:sz w:val="22"/>
                <w:lang w:eastAsia="ja-JP"/>
              </w:rPr>
              <w:t>(</w:t>
            </w:r>
            <w:r>
              <w:rPr>
                <w:rFonts w:ascii="BIZ UDゴシック" w:hAnsi="BIZ UDゴシック" w:cs="Times New Roman" w:eastAsia="BIZ UDゴシック"/>
                <w:color w:val="000000"/>
                <w:spacing w:val="30"/>
                <w:sz w:val="22"/>
                <w:lang w:eastAsia="ja-JP"/>
              </w:rPr>
              <w:t>屋号</w:t>
            </w:r>
            <w:r>
              <w:rPr>
                <w:rFonts w:eastAsia="BIZ UDゴシック" w:cs="Times New Roman" w:ascii="BIZ UDゴシック" w:hAnsi="BIZ UDゴシック"/>
                <w:color w:val="000000"/>
                <w:sz w:val="22"/>
                <w:lang w:eastAsia="ja-JP"/>
              </w:rPr>
              <w:t>)</w:t>
            </w:r>
          </w:p>
        </w:tc>
        <w:tc>
          <w:tcPr>
            <w:tcW w:w="76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overflowPunct w:val="true"/>
              <w:spacing w:lineRule="atLeast" w:line="392" w:before="0" w:after="0"/>
              <w:textAlignment w:val="baseline"/>
              <w:rPr>
                <w:rFonts w:ascii="BIZ UDゴシック" w:hAnsi="BIZ UDゴシック" w:eastAsia="BIZ UDゴシック" w:cs="Times New Roman"/>
                <w:color w:val="000000"/>
                <w:spacing w:val="16"/>
                <w:sz w:val="22"/>
                <w:lang w:eastAsia="ja-JP"/>
              </w:rPr>
            </w:pPr>
            <w:r>
              <w:rPr>
                <w:rFonts w:eastAsia="BIZ UDゴシック" w:cs="Times New Roman" w:ascii="BIZ UDゴシック" w:hAnsi="BIZ UDゴシック"/>
                <w:color w:val="000000"/>
                <w:spacing w:val="16"/>
                <w:sz w:val="22"/>
                <w:lang w:eastAsia="ja-JP"/>
              </w:rPr>
            </w:r>
          </w:p>
        </w:tc>
      </w:tr>
      <w:tr>
        <w:trPr>
          <w:trHeight w:val="600" w:hRule="atLeast"/>
        </w:trPr>
        <w:tc>
          <w:tcPr>
            <w:tcW w:w="18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overflowPunct w:val="true"/>
              <w:spacing w:lineRule="auto" w:line="240" w:before="0" w:after="0"/>
              <w:textAlignment w:val="baseline"/>
              <w:rPr>
                <w:rFonts w:ascii="BIZ UDゴシック" w:hAnsi="BIZ UDゴシック" w:eastAsia="BIZ UDゴシック" w:cs="Times New Roman"/>
                <w:color w:val="000000"/>
                <w:spacing w:val="295"/>
                <w:sz w:val="22"/>
                <w:lang w:eastAsia="ja-JP"/>
              </w:rPr>
            </w:pPr>
            <w:r>
              <w:rPr>
                <w:rFonts w:ascii="BIZ UDゴシック" w:hAnsi="BIZ UDゴシック" w:cs="Times New Roman" w:eastAsia="BIZ UDゴシック"/>
                <w:sz w:val="16"/>
                <w:szCs w:val="16"/>
                <w:lang w:eastAsia="ja-JP"/>
              </w:rPr>
              <w:t>（現在の）</w:t>
            </w:r>
          </w:p>
          <w:p>
            <w:pPr>
              <w:pStyle w:val="Normal"/>
              <w:widowControl w:val="false"/>
              <w:suppressAutoHyphens w:val="true"/>
              <w:overflowPunct w:val="true"/>
              <w:spacing w:lineRule="atLeast" w:line="392" w:before="0" w:after="0"/>
              <w:jc w:val="center"/>
              <w:textAlignment w:val="baseline"/>
              <w:rPr>
                <w:rFonts w:ascii="ＭＳ 明朝" w:hAnsi="ＭＳ 明朝" w:eastAsia="ＭＳ 明朝" w:cs="Times New Roman"/>
                <w:color w:val="000000"/>
                <w:spacing w:val="16"/>
                <w:sz w:val="22"/>
                <w:lang w:eastAsia="ja-JP"/>
              </w:rPr>
            </w:pPr>
            <w:r>
              <w:rPr>
                <w:rFonts w:ascii="BIZ UDゴシック" w:hAnsi="BIZ UDゴシック" w:cs="Times New Roman" w:eastAsia="BIZ UDゴシック"/>
                <w:color w:val="000000"/>
                <w:spacing w:val="295"/>
                <w:sz w:val="22"/>
                <w:lang w:eastAsia="ja-JP"/>
              </w:rPr>
              <w:t>所在</w:t>
            </w:r>
            <w:r>
              <w:rPr>
                <w:rFonts w:ascii="BIZ UDゴシック" w:hAnsi="BIZ UDゴシック" w:cs="Times New Roman" w:eastAsia="BIZ UDゴシック"/>
                <w:color w:val="000000"/>
                <w:sz w:val="22"/>
                <w:lang w:eastAsia="ja-JP"/>
              </w:rPr>
              <w:t>地</w:t>
            </w:r>
          </w:p>
        </w:tc>
        <w:tc>
          <w:tcPr>
            <w:tcW w:w="76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overflowPunct w:val="true"/>
              <w:spacing w:lineRule="atLeast" w:line="392" w:before="0" w:after="0"/>
              <w:textAlignment w:val="baseline"/>
              <w:rPr>
                <w:rFonts w:ascii="ＭＳ 明朝" w:hAnsi="ＭＳ 明朝" w:eastAsia="ＭＳ 明朝" w:cs="Times New Roman"/>
                <w:color w:val="000000"/>
                <w:spacing w:val="16"/>
                <w:sz w:val="22"/>
                <w:lang w:eastAsia="ja-JP"/>
              </w:rPr>
            </w:pPr>
            <w:r>
              <w:rPr>
                <w:rFonts w:ascii="BIZ UDゴシック" w:hAnsi="BIZ UDゴシック" w:cs="Times New Roman" w:eastAsia="BIZ UDゴシック"/>
                <w:color w:val="000000"/>
                <w:spacing w:val="16"/>
                <w:sz w:val="22"/>
                <w:lang w:eastAsia="ja-JP"/>
              </w:rPr>
              <w:t>　　　　　　　　　　　　　　　　　　　</w:t>
            </w:r>
          </w:p>
        </w:tc>
      </w:tr>
      <w:tr>
        <w:trPr>
          <w:trHeight w:val="600" w:hRule="atLeast"/>
        </w:trPr>
        <w:tc>
          <w:tcPr>
            <w:tcW w:w="18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overflowPunct w:val="true"/>
              <w:spacing w:lineRule="auto" w:line="240" w:before="0" w:after="0"/>
              <w:textAlignment w:val="baseline"/>
              <w:rPr>
                <w:rFonts w:ascii="BIZ UDゴシック" w:hAnsi="BIZ UDゴシック" w:eastAsia="BIZ UDゴシック" w:cs="Times New Roman"/>
                <w:color w:val="000000"/>
                <w:spacing w:val="16"/>
                <w:sz w:val="22"/>
                <w:lang w:eastAsia="ja-JP"/>
              </w:rPr>
            </w:pPr>
            <w:r>
              <w:rPr>
                <w:rFonts w:ascii="BIZ UDゴシック" w:hAnsi="BIZ UDゴシック" w:cs="Times New Roman" w:eastAsia="BIZ UDゴシック"/>
                <w:sz w:val="16"/>
                <w:szCs w:val="16"/>
                <w:lang w:eastAsia="ja-JP"/>
              </w:rPr>
              <w:t>（現在の）</w:t>
            </w:r>
          </w:p>
          <w:p>
            <w:pPr>
              <w:pStyle w:val="Normal"/>
              <w:widowControl w:val="false"/>
              <w:suppressAutoHyphens w:val="true"/>
              <w:overflowPunct w:val="true"/>
              <w:spacing w:lineRule="atLeast" w:line="392" w:before="0" w:after="0"/>
              <w:jc w:val="center"/>
              <w:textAlignment w:val="baseline"/>
              <w:rPr>
                <w:rFonts w:ascii="BIZ UDゴシック" w:hAnsi="BIZ UDゴシック" w:eastAsia="BIZ UDゴシック" w:cs="Times New Roman"/>
                <w:color w:val="000000"/>
                <w:spacing w:val="16"/>
                <w:sz w:val="22"/>
                <w:lang w:eastAsia="ja-JP"/>
              </w:rPr>
            </w:pPr>
            <w:r/>
            <w:r>
              <w:ruby>
                <w:rubyPr>
                  <w:rubyAlign w:val="center"/>
                  <w:hps w:val="11"/>
                  <w:hpsRaise w:val="22"/>
                  <w:hpsBaseText w:val="22"/>
                  <w:lid w:val="ja-JP"/>
                </w:rubyPr>
                <w:rt>
                  <w:r>
                    <w:rPr>
                      <w:rFonts w:ascii="BIZ UDゴシック" w:hAnsi="BIZ UDゴシック"/>
                      <w:sz w:val="11"/>
                      <w:szCs w:val="22"/>
                    </w:rPr>
                    <w:t>ふりがな</w:t>
                  </w:r>
                </w:rt>
                <w:rubyBase>
                  <w:r>
                    <w:rPr>
                      <w:rFonts w:ascii="BIZ UDゴシック" w:hAnsi="BIZ UDゴシック" w:cs="Times New Roman" w:eastAsia="BIZ UDゴシック"/>
                      <w:color w:val="000000"/>
                      <w:spacing w:val="16"/>
                      <w:sz w:val="22"/>
                      <w:lang w:eastAsia="ja-JP"/>
                    </w:rPr>
                    <w:t>代表者</w:t>
                  </w:r>
                  <w:r/>
                </w:rubyBase>
              </w:ruby>
            </w:r>
            <w:r>
              <w:rPr>
                <w:rFonts w:ascii="BIZ UDゴシック" w:hAnsi="BIZ UDゴシック" w:cs="Times New Roman" w:eastAsia="BIZ UDゴシック"/>
                <w:color w:val="000000"/>
                <w:spacing w:val="16"/>
                <w:sz w:val="22"/>
                <w:lang w:eastAsia="ja-JP"/>
              </w:rPr>
              <w:t>氏名</w:t>
            </w:r>
          </w:p>
        </w:tc>
        <w:tc>
          <w:tcPr>
            <w:tcW w:w="76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overflowPunct w:val="true"/>
              <w:spacing w:lineRule="exact" w:line="300" w:before="0" w:after="0"/>
              <w:textAlignment w:val="baseline"/>
              <w:rPr>
                <w:rFonts w:ascii="ＭＳ 明朝" w:hAnsi="ＭＳ 明朝" w:eastAsia="ＭＳ 明朝" w:cs="Times New Roman"/>
                <w:color w:val="000000"/>
                <w:spacing w:val="16"/>
                <w:sz w:val="22"/>
                <w:lang w:eastAsia="ja-JP"/>
              </w:rPr>
            </w:pPr>
            <w:r>
              <w:rPr>
                <w:rFonts w:ascii="ＭＳ 明朝" w:hAnsi="ＭＳ 明朝" w:cs="Times New Roman"/>
                <w:color w:val="000000"/>
                <w:sz w:val="22"/>
                <w:lang w:eastAsia="ja-JP"/>
              </w:rPr>
              <w:t xml:space="preserve"> </w:t>
            </w:r>
          </w:p>
          <w:p>
            <w:pPr>
              <w:pStyle w:val="Normal"/>
              <w:widowControl w:val="false"/>
              <w:suppressAutoHyphens w:val="true"/>
              <w:overflowPunct w:val="true"/>
              <w:spacing w:lineRule="exact" w:line="300" w:before="0" w:after="0"/>
              <w:ind w:firstLine="4484"/>
              <w:textAlignment w:val="baseline"/>
              <w:rPr>
                <w:rFonts w:ascii="ＭＳ 明朝" w:hAnsi="ＭＳ 明朝" w:eastAsia="ＭＳ 明朝" w:cs="Times New Roman"/>
                <w:color w:val="000000"/>
                <w:spacing w:val="16"/>
                <w:sz w:val="22"/>
                <w:lang w:eastAsia="ja-JP"/>
              </w:rPr>
            </w:pPr>
            <w:r>
              <w:rPr>
                <w:rFonts w:eastAsia="ＭＳ 明朝" w:cs="Times New Roman" w:ascii="ＭＳ 明朝" w:hAnsi="ＭＳ 明朝"/>
                <w:color w:val="000000"/>
                <w:spacing w:val="16"/>
                <w:sz w:val="22"/>
                <w:lang w:eastAsia="ja-JP"/>
              </w:rPr>
            </w:r>
          </w:p>
        </w:tc>
      </w:tr>
      <w:tr>
        <w:trPr>
          <w:trHeight w:val="422" w:hRule="atLeast"/>
        </w:trPr>
        <w:tc>
          <w:tcPr>
            <w:tcW w:w="186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overflowPunct w:val="true"/>
              <w:spacing w:lineRule="auto" w:line="240" w:before="0" w:after="0"/>
              <w:textAlignment w:val="baseline"/>
              <w:rPr>
                <w:rFonts w:ascii="BIZ UDゴシック" w:hAnsi="BIZ UDゴシック" w:eastAsia="BIZ UDゴシック" w:cs="Times New Roman"/>
                <w:spacing w:val="123"/>
                <w:sz w:val="22"/>
                <w:lang w:eastAsia="ja-JP"/>
              </w:rPr>
            </w:pPr>
            <w:r>
              <w:rPr>
                <w:rFonts w:ascii="BIZ UDゴシック" w:hAnsi="BIZ UDゴシック" w:cs="Times New Roman" w:eastAsia="BIZ UDゴシック"/>
                <w:sz w:val="16"/>
                <w:szCs w:val="16"/>
                <w:lang w:eastAsia="ja-JP"/>
              </w:rPr>
              <w:t>（現在の）</w:t>
            </w:r>
          </w:p>
          <w:p>
            <w:pPr>
              <w:pStyle w:val="Normal"/>
              <w:widowControl w:val="false"/>
              <w:suppressAutoHyphens w:val="true"/>
              <w:overflowPunct w:val="true"/>
              <w:spacing w:lineRule="atLeast" w:line="392" w:before="0" w:after="0"/>
              <w:jc w:val="center"/>
              <w:textAlignment w:val="baseline"/>
              <w:rPr>
                <w:rFonts w:ascii="ＭＳ 明朝" w:hAnsi="ＭＳ 明朝" w:eastAsia="ＭＳ 明朝" w:cs="Times New Roman"/>
                <w:color w:val="000000"/>
                <w:spacing w:val="16"/>
                <w:sz w:val="22"/>
                <w:lang w:eastAsia="ja-JP"/>
              </w:rPr>
            </w:pPr>
            <w:r>
              <w:rPr>
                <w:rFonts w:ascii="BIZ UDゴシック" w:hAnsi="BIZ UDゴシック" w:cs="Times New Roman" w:eastAsia="BIZ UDゴシック"/>
                <w:spacing w:val="123"/>
                <w:sz w:val="22"/>
                <w:lang w:eastAsia="ja-JP"/>
              </w:rPr>
              <w:t>事業内</w:t>
            </w:r>
            <w:r>
              <w:rPr>
                <w:rFonts w:ascii="BIZ UDゴシック" w:hAnsi="BIZ UDゴシック" w:cs="Times New Roman" w:eastAsia="BIZ UDゴシック"/>
                <w:spacing w:val="3"/>
                <w:sz w:val="22"/>
                <w:lang w:eastAsia="ja-JP"/>
              </w:rPr>
              <w:t>容</w:t>
            </w:r>
          </w:p>
        </w:tc>
        <w:tc>
          <w:tcPr>
            <w:tcW w:w="5245" w:type="dxa"/>
            <w:gridSpan w:val="2"/>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overflowPunct w:val="true"/>
              <w:spacing w:lineRule="atLeast" w:line="392" w:before="0" w:after="0"/>
              <w:textAlignment w:val="baseline"/>
              <w:rPr>
                <w:rFonts w:ascii="ＭＳ 明朝" w:hAnsi="ＭＳ 明朝" w:eastAsia="ＭＳ 明朝" w:cs="Times New Roman"/>
                <w:color w:val="000000"/>
                <w:spacing w:val="16"/>
                <w:sz w:val="22"/>
                <w:lang w:eastAsia="ja-JP"/>
              </w:rPr>
            </w:pPr>
            <w:r>
              <w:rPr>
                <w:rFonts w:eastAsia="ＭＳ 明朝" w:cs="Times New Roman" w:ascii="ＭＳ 明朝" w:hAnsi="ＭＳ 明朝"/>
                <w:color w:val="000000"/>
                <w:spacing w:val="16"/>
                <w:sz w:val="22"/>
                <w:lang w:eastAsia="ja-JP"/>
              </w:rPr>
            </w:r>
          </w:p>
          <w:p>
            <w:pPr>
              <w:pStyle w:val="Normal"/>
              <w:widowControl w:val="false"/>
              <w:suppressAutoHyphens w:val="true"/>
              <w:overflowPunct w:val="true"/>
              <w:spacing w:lineRule="atLeast" w:line="392" w:before="0" w:after="0"/>
              <w:textAlignment w:val="baseline"/>
              <w:rPr>
                <w:rFonts w:ascii="ＭＳ 明朝" w:hAnsi="ＭＳ 明朝" w:eastAsia="ＭＳ 明朝" w:cs="Times New Roman"/>
                <w:color w:val="000000"/>
                <w:spacing w:val="16"/>
                <w:sz w:val="22"/>
                <w:lang w:eastAsia="ja-JP"/>
              </w:rPr>
            </w:pPr>
            <w:r>
              <w:rPr>
                <w:rFonts w:ascii="ＭＳ 明朝" w:hAnsi="ＭＳ 明朝" w:cs="Times New Roman"/>
                <w:color w:val="000000"/>
                <w:spacing w:val="16"/>
                <w:sz w:val="22"/>
                <w:lang w:eastAsia="ja-JP"/>
              </w:rPr>
              <w:t>　　　</w:t>
            </w:r>
          </w:p>
        </w:tc>
        <w:tc>
          <w:tcPr>
            <w:tcW w:w="24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overflowPunct w:val="true"/>
              <w:spacing w:lineRule="atLeast" w:line="260" w:before="0" w:after="0"/>
              <w:textAlignment w:val="baseline"/>
              <w:rPr>
                <w:rFonts w:ascii="BIZ UDゴシック" w:hAnsi="BIZ UDゴシック" w:eastAsia="BIZ UDゴシック" w:cs="Times New Roman"/>
                <w:color w:val="000000"/>
                <w:spacing w:val="16"/>
                <w:sz w:val="22"/>
                <w:lang w:eastAsia="ja-JP"/>
              </w:rPr>
            </w:pPr>
            <w:r>
              <w:rPr>
                <w:rFonts w:ascii="BIZ UDゴシック" w:hAnsi="BIZ UDゴシック" w:cs="Times New Roman" w:eastAsia="BIZ UDゴシック"/>
                <w:color w:val="000000"/>
                <w:spacing w:val="16"/>
                <w:sz w:val="16"/>
                <w:szCs w:val="16"/>
                <w:lang w:eastAsia="ja-JP"/>
              </w:rPr>
              <w:t>（市内事業所）</w:t>
            </w:r>
            <w:r>
              <w:rPr>
                <w:rFonts w:ascii="BIZ UDゴシック" w:hAnsi="BIZ UDゴシック" w:cs="Times New Roman" w:eastAsia="BIZ UDゴシック"/>
                <w:color w:val="000000"/>
                <w:spacing w:val="16"/>
                <w:sz w:val="22"/>
                <w:lang w:eastAsia="ja-JP"/>
              </w:rPr>
              <w:t>従業員数</w:t>
            </w:r>
          </w:p>
        </w:tc>
      </w:tr>
      <w:tr>
        <w:trPr>
          <w:trHeight w:val="1127" w:hRule="atLeast"/>
        </w:trPr>
        <w:tc>
          <w:tcPr>
            <w:tcW w:w="186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overflowPunct w:val="true"/>
              <w:spacing w:lineRule="atLeast" w:line="392" w:before="0" w:after="0"/>
              <w:jc w:val="center"/>
              <w:textAlignment w:val="baseline"/>
              <w:rPr>
                <w:rFonts w:ascii="BIZ UDゴシック" w:hAnsi="BIZ UDゴシック" w:eastAsia="BIZ UDゴシック" w:cs="Times New Roman"/>
                <w:sz w:val="22"/>
                <w:lang w:eastAsia="ja-JP"/>
              </w:rPr>
            </w:pPr>
            <w:r>
              <w:rPr>
                <w:rFonts w:eastAsia="BIZ UDゴシック" w:cs="Times New Roman" w:ascii="BIZ UDゴシック" w:hAnsi="BIZ UDゴシック"/>
                <w:sz w:val="22"/>
                <w:lang w:eastAsia="ja-JP"/>
              </w:rPr>
            </w:r>
          </w:p>
        </w:tc>
        <w:tc>
          <w:tcPr>
            <w:tcW w:w="5245" w:type="dxa"/>
            <w:gridSpan w:val="2"/>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overflowPunct w:val="true"/>
              <w:spacing w:lineRule="atLeast" w:line="392" w:before="0" w:after="0"/>
              <w:textAlignment w:val="baseline"/>
              <w:rPr>
                <w:rFonts w:ascii="ＭＳ 明朝" w:hAnsi="ＭＳ 明朝" w:eastAsia="ＭＳ 明朝" w:cs="Times New Roman"/>
                <w:color w:val="000000"/>
                <w:spacing w:val="16"/>
                <w:sz w:val="22"/>
                <w:lang w:eastAsia="ja-JP"/>
              </w:rPr>
            </w:pPr>
            <w:r>
              <w:rPr>
                <w:rFonts w:eastAsia="ＭＳ 明朝" w:cs="Times New Roman" w:ascii="ＭＳ 明朝" w:hAnsi="ＭＳ 明朝"/>
                <w:color w:val="000000"/>
                <w:spacing w:val="16"/>
                <w:sz w:val="22"/>
                <w:lang w:eastAsia="ja-JP"/>
              </w:rPr>
            </w:r>
          </w:p>
        </w:tc>
        <w:tc>
          <w:tcPr>
            <w:tcW w:w="240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overflowPunct w:val="true"/>
              <w:spacing w:lineRule="atLeast" w:line="392" w:before="0" w:after="0"/>
              <w:textAlignment w:val="baseline"/>
              <w:rPr>
                <w:rFonts w:ascii="ＭＳ 明朝" w:hAnsi="ＭＳ 明朝" w:eastAsia="ＭＳ 明朝" w:cs="Times New Roman"/>
                <w:color w:val="000000"/>
                <w:spacing w:val="16"/>
                <w:sz w:val="22"/>
                <w:lang w:eastAsia="ja-JP"/>
              </w:rPr>
            </w:pPr>
            <w:r>
              <w:rPr>
                <w:rFonts w:eastAsia="ＭＳ 明朝" w:cs="Times New Roman" w:ascii="ＭＳ 明朝" w:hAnsi="ＭＳ 明朝"/>
                <w:color w:val="000000"/>
                <w:spacing w:val="16"/>
                <w:sz w:val="22"/>
                <w:lang w:eastAsia="ja-JP"/>
              </w:rPr>
            </w:r>
          </w:p>
        </w:tc>
      </w:tr>
      <w:tr>
        <w:trPr>
          <w:trHeight w:val="594" w:hRule="atLeast"/>
        </w:trPr>
        <w:tc>
          <w:tcPr>
            <w:tcW w:w="18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overflowPunct w:val="true"/>
              <w:spacing w:lineRule="atLeast" w:line="392" w:before="0" w:after="0"/>
              <w:jc w:val="center"/>
              <w:textAlignment w:val="baseline"/>
              <w:rPr>
                <w:rFonts w:ascii="BIZ UDゴシック" w:hAnsi="BIZ UDゴシック" w:eastAsia="BIZ UDゴシック" w:cs="Times New Roman"/>
                <w:color w:val="000000"/>
                <w:spacing w:val="16"/>
                <w:sz w:val="22"/>
                <w:lang w:eastAsia="ja-JP"/>
              </w:rPr>
            </w:pPr>
            <w:r>
              <w:rPr>
                <w:rFonts w:ascii="BIZ UDゴシック" w:hAnsi="BIZ UDゴシック" w:cs="Times New Roman" w:eastAsia="BIZ UDゴシック"/>
                <w:spacing w:val="123"/>
                <w:sz w:val="22"/>
                <w:lang w:eastAsia="ja-JP"/>
              </w:rPr>
              <w:t>創業年</w:t>
            </w:r>
            <w:r>
              <w:rPr>
                <w:rFonts w:ascii="BIZ UDゴシック" w:hAnsi="BIZ UDゴシック" w:cs="Times New Roman" w:eastAsia="BIZ UDゴシック"/>
                <w:spacing w:val="2"/>
                <w:sz w:val="22"/>
                <w:lang w:eastAsia="ja-JP"/>
              </w:rPr>
              <w:t>次</w:t>
            </w:r>
          </w:p>
        </w:tc>
        <w:tc>
          <w:tcPr>
            <w:tcW w:w="7649"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overflowPunct w:val="true"/>
              <w:spacing w:lineRule="atLeast" w:line="392" w:before="0" w:after="0"/>
              <w:textAlignment w:val="baseline"/>
              <w:rPr>
                <w:rFonts w:ascii="ＭＳ 明朝" w:hAnsi="ＭＳ 明朝" w:eastAsia="ＭＳ 明朝" w:cs="Times New Roman"/>
                <w:color w:val="000000"/>
                <w:spacing w:val="16"/>
                <w:sz w:val="22"/>
                <w:lang w:eastAsia="ja-JP"/>
              </w:rPr>
            </w:pPr>
            <w:r>
              <w:rPr>
                <w:rFonts w:ascii="ＭＳ 明朝" w:hAnsi="ＭＳ 明朝" w:cs="Times New Roman"/>
                <w:color w:val="000000"/>
                <w:sz w:val="22"/>
                <w:lang w:eastAsia="ja-JP"/>
              </w:rPr>
              <w:t xml:space="preserve">  </w:t>
            </w:r>
            <w:r>
              <w:rPr>
                <w:rFonts w:ascii="ＭＳ 明朝" w:hAnsi="ＭＳ 明朝" w:cs="Times New Roman"/>
                <w:color w:val="000000"/>
                <w:sz w:val="22"/>
                <w:lang w:eastAsia="ja-JP"/>
              </w:rPr>
              <w:t xml:space="preserve">　 　  </w:t>
            </w:r>
            <w:r>
              <w:rPr>
                <w:rFonts w:ascii="ＭＳ 明朝" w:hAnsi="ＭＳ 明朝" w:cs="ＭＳ 明朝"/>
                <w:color w:val="000000"/>
                <w:sz w:val="22"/>
                <w:lang w:eastAsia="ja-JP"/>
              </w:rPr>
              <w:t>　年　　　月　　　日　　　　　（創業以来　　　　年）</w:t>
            </w:r>
          </w:p>
        </w:tc>
      </w:tr>
      <w:tr>
        <w:trPr/>
        <w:tc>
          <w:tcPr>
            <w:tcW w:w="18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overflowPunct w:val="true"/>
              <w:spacing w:lineRule="atLeast" w:line="392" w:before="0" w:after="0"/>
              <w:jc w:val="center"/>
              <w:textAlignment w:val="baseline"/>
              <w:rPr>
                <w:rFonts w:ascii="BIZ UDゴシック" w:hAnsi="BIZ UDゴシック" w:eastAsia="BIZ UDゴシック" w:cs="Times New Roman"/>
                <w:color w:val="000000"/>
                <w:sz w:val="22"/>
                <w:lang w:eastAsia="ja-JP"/>
              </w:rPr>
            </w:pPr>
            <w:r>
              <w:rPr>
                <w:rFonts w:ascii="BIZ UDゴシック" w:hAnsi="BIZ UDゴシック" w:cs="Times New Roman" w:eastAsia="BIZ UDゴシック"/>
                <w:color w:val="000000"/>
                <w:spacing w:val="660"/>
                <w:sz w:val="22"/>
                <w:lang w:eastAsia="ja-JP"/>
              </w:rPr>
              <w:t>沿</w:t>
            </w:r>
            <w:r>
              <w:rPr>
                <w:rFonts w:ascii="BIZ UDゴシック" w:hAnsi="BIZ UDゴシック" w:cs="Times New Roman" w:eastAsia="BIZ UDゴシック"/>
                <w:color w:val="000000"/>
                <w:sz w:val="22"/>
                <w:lang w:eastAsia="ja-JP"/>
              </w:rPr>
              <w:t>革</w:t>
            </w:r>
          </w:p>
          <w:p>
            <w:pPr>
              <w:pStyle w:val="Normal"/>
              <w:widowControl w:val="false"/>
              <w:suppressAutoHyphens w:val="true"/>
              <w:overflowPunct w:val="true"/>
              <w:spacing w:lineRule="atLeast" w:line="392" w:before="0" w:after="0"/>
              <w:textAlignment w:val="baseline"/>
              <w:rPr>
                <w:rFonts w:ascii="ＭＳ 明朝" w:hAnsi="ＭＳ 明朝" w:eastAsia="ＭＳ 明朝" w:cs="Times New Roman"/>
                <w:color w:val="000000"/>
                <w:spacing w:val="16"/>
                <w:sz w:val="22"/>
                <w:lang w:eastAsia="ja-JP"/>
              </w:rPr>
            </w:pPr>
            <w:r>
              <w:rPr>
                <w:rFonts w:ascii="ＭＳ 明朝" w:hAnsi="ＭＳ 明朝" w:cs="Times New Roman"/>
                <w:color w:val="000000"/>
                <w:spacing w:val="16"/>
                <w:sz w:val="22"/>
                <w:lang w:eastAsia="ja-JP"/>
              </w:rPr>
              <w:t>※</w:t>
            </w:r>
            <w:r>
              <w:rPr>
                <w:rFonts w:ascii="ＭＳ 明朝" w:hAnsi="ＭＳ 明朝" w:cs="Times New Roman"/>
                <w:color w:val="000000"/>
                <w:spacing w:val="2"/>
                <w:w w:val="97"/>
                <w:sz w:val="22"/>
                <w:lang w:eastAsia="ja-JP"/>
              </w:rPr>
              <w:t>創業以降の歩</w:t>
            </w:r>
            <w:r>
              <w:rPr>
                <w:rFonts w:ascii="ＭＳ 明朝" w:hAnsi="ＭＳ 明朝" w:cs="Times New Roman"/>
                <w:color w:val="000000"/>
                <w:spacing w:val="4"/>
                <w:w w:val="97"/>
                <w:sz w:val="22"/>
                <w:lang w:eastAsia="ja-JP"/>
              </w:rPr>
              <w:t>み</w:t>
            </w:r>
          </w:p>
        </w:tc>
        <w:tc>
          <w:tcPr>
            <w:tcW w:w="76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overflowPunct w:val="true"/>
              <w:spacing w:lineRule="atLeast" w:line="392" w:before="0" w:after="0"/>
              <w:textAlignment w:val="baseline"/>
              <w:rPr>
                <w:rFonts w:ascii="ＭＳ 明朝" w:hAnsi="ＭＳ 明朝" w:eastAsia="ＭＳ 明朝" w:cs="Times New Roman"/>
                <w:color w:val="000000"/>
                <w:spacing w:val="16"/>
                <w:sz w:val="22"/>
                <w:lang w:eastAsia="ja-JP"/>
              </w:rPr>
            </w:pPr>
            <w:r>
              <w:rPr>
                <w:rFonts w:eastAsia="ＭＳ 明朝" w:cs="Times New Roman" w:ascii="ＭＳ 明朝" w:hAnsi="ＭＳ 明朝"/>
                <w:color w:val="000000"/>
                <w:spacing w:val="16"/>
                <w:sz w:val="22"/>
                <w:lang w:eastAsia="ja-JP"/>
              </w:rPr>
            </w:r>
          </w:p>
          <w:p>
            <w:pPr>
              <w:pStyle w:val="Normal"/>
              <w:widowControl w:val="false"/>
              <w:suppressAutoHyphens w:val="true"/>
              <w:overflowPunct w:val="true"/>
              <w:spacing w:lineRule="atLeast" w:line="392" w:before="0" w:after="0"/>
              <w:textAlignment w:val="baseline"/>
              <w:rPr>
                <w:rFonts w:ascii="ＭＳ 明朝" w:hAnsi="ＭＳ 明朝" w:eastAsia="ＭＳ 明朝" w:cs="Times New Roman"/>
                <w:color w:val="000000"/>
                <w:spacing w:val="16"/>
                <w:sz w:val="22"/>
                <w:lang w:eastAsia="ja-JP"/>
              </w:rPr>
            </w:pPr>
            <w:r>
              <w:rPr>
                <w:rFonts w:eastAsia="ＭＳ 明朝" w:cs="Times New Roman" w:ascii="ＭＳ 明朝" w:hAnsi="ＭＳ 明朝"/>
                <w:color w:val="000000"/>
                <w:spacing w:val="16"/>
                <w:sz w:val="22"/>
                <w:lang w:eastAsia="ja-JP"/>
              </w:rPr>
            </w:r>
          </w:p>
          <w:p>
            <w:pPr>
              <w:pStyle w:val="Normal"/>
              <w:widowControl w:val="false"/>
              <w:suppressAutoHyphens w:val="true"/>
              <w:overflowPunct w:val="true"/>
              <w:spacing w:lineRule="atLeast" w:line="392" w:before="0" w:after="0"/>
              <w:textAlignment w:val="baseline"/>
              <w:rPr>
                <w:rFonts w:ascii="ＭＳ 明朝" w:hAnsi="ＭＳ 明朝" w:eastAsia="ＭＳ 明朝" w:cs="Times New Roman"/>
                <w:color w:val="000000"/>
                <w:spacing w:val="16"/>
                <w:sz w:val="22"/>
                <w:lang w:eastAsia="ja-JP"/>
              </w:rPr>
            </w:pPr>
            <w:r>
              <w:rPr>
                <w:rFonts w:eastAsia="ＭＳ 明朝" w:cs="Times New Roman" w:ascii="ＭＳ 明朝" w:hAnsi="ＭＳ 明朝"/>
                <w:color w:val="000000"/>
                <w:spacing w:val="16"/>
                <w:sz w:val="22"/>
                <w:lang w:eastAsia="ja-JP"/>
              </w:rPr>
            </w:r>
          </w:p>
          <w:p>
            <w:pPr>
              <w:pStyle w:val="Normal"/>
              <w:widowControl w:val="false"/>
              <w:suppressAutoHyphens w:val="true"/>
              <w:overflowPunct w:val="true"/>
              <w:spacing w:lineRule="atLeast" w:line="392" w:before="0" w:after="0"/>
              <w:textAlignment w:val="baseline"/>
              <w:rPr>
                <w:rFonts w:ascii="ＭＳ 明朝" w:hAnsi="ＭＳ 明朝" w:eastAsia="ＭＳ 明朝" w:cs="Times New Roman"/>
                <w:color w:val="000000"/>
                <w:spacing w:val="16"/>
                <w:sz w:val="22"/>
                <w:lang w:eastAsia="ja-JP"/>
              </w:rPr>
            </w:pPr>
            <w:r>
              <w:rPr>
                <w:rFonts w:eastAsia="ＭＳ 明朝" w:cs="Times New Roman" w:ascii="ＭＳ 明朝" w:hAnsi="ＭＳ 明朝"/>
                <w:color w:val="000000"/>
                <w:spacing w:val="16"/>
                <w:sz w:val="22"/>
                <w:lang w:eastAsia="ja-JP"/>
              </w:rPr>
            </w:r>
          </w:p>
        </w:tc>
      </w:tr>
      <w:tr>
        <w:trPr>
          <w:trHeight w:val="1509" w:hRule="atLeast"/>
        </w:trPr>
        <w:tc>
          <w:tcPr>
            <w:tcW w:w="18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overflowPunct w:val="true"/>
              <w:spacing w:lineRule="atLeast" w:line="392" w:before="0" w:after="0"/>
              <w:jc w:val="center"/>
              <w:textAlignment w:val="baseline"/>
              <w:rPr>
                <w:rFonts w:ascii="BIZ UDゴシック" w:hAnsi="BIZ UDゴシック" w:eastAsia="BIZ UDゴシック" w:cs="Times New Roman"/>
                <w:color w:val="000000"/>
                <w:sz w:val="22"/>
                <w:lang w:eastAsia="ja-JP"/>
              </w:rPr>
            </w:pPr>
            <w:r>
              <w:rPr>
                <w:rFonts w:ascii="BIZ UDゴシック" w:hAnsi="BIZ UDゴシック" w:cs="Times New Roman" w:eastAsia="BIZ UDゴシック"/>
                <w:color w:val="000000"/>
                <w:sz w:val="22"/>
                <w:lang w:eastAsia="ja-JP"/>
              </w:rPr>
              <w:t>経営理念等</w:t>
            </w:r>
          </w:p>
          <w:p>
            <w:pPr>
              <w:pStyle w:val="Normal"/>
              <w:widowControl w:val="false"/>
              <w:suppressAutoHyphens w:val="true"/>
              <w:overflowPunct w:val="true"/>
              <w:spacing w:lineRule="atLeast" w:line="392" w:before="0" w:after="0"/>
              <w:jc w:val="center"/>
              <w:textAlignment w:val="baseline"/>
              <w:rPr>
                <w:rFonts w:ascii="ＭＳ 明朝" w:hAnsi="ＭＳ 明朝" w:eastAsia="ＭＳ 明朝" w:cs="Times New Roman"/>
                <w:color w:val="000000"/>
                <w:spacing w:val="16"/>
                <w:sz w:val="22"/>
                <w:lang w:eastAsia="ja-JP"/>
              </w:rPr>
            </w:pPr>
            <w:r>
              <w:rPr>
                <w:rFonts w:ascii="ＭＳ 明朝" w:hAnsi="ＭＳ 明朝" w:cs="Times New Roman"/>
                <w:color w:val="000000"/>
                <w:w w:val="50"/>
                <w:sz w:val="22"/>
                <w:lang w:eastAsia="ja-JP"/>
              </w:rPr>
              <w:t>※</w:t>
            </w:r>
            <w:r>
              <w:rPr>
                <w:rFonts w:ascii="ＭＳ 明朝" w:hAnsi="ＭＳ 明朝" w:cs="Times New Roman"/>
                <w:color w:val="000000"/>
                <w:w w:val="50"/>
                <w:sz w:val="22"/>
                <w:lang w:eastAsia="ja-JP"/>
              </w:rPr>
              <w:t>企業の特徴や大切にしてきたこと</w:t>
            </w:r>
          </w:p>
        </w:tc>
        <w:tc>
          <w:tcPr>
            <w:tcW w:w="76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overflowPunct w:val="true"/>
              <w:spacing w:lineRule="atLeast" w:line="392" w:before="0" w:after="0"/>
              <w:textAlignment w:val="baseline"/>
              <w:rPr>
                <w:rFonts w:ascii="ＭＳ 明朝" w:hAnsi="ＭＳ 明朝" w:eastAsia="ＭＳ 明朝" w:cs="Times New Roman"/>
                <w:color w:val="000000"/>
                <w:spacing w:val="16"/>
                <w:sz w:val="22"/>
                <w:lang w:eastAsia="ja-JP"/>
              </w:rPr>
            </w:pPr>
            <w:r>
              <w:rPr>
                <w:rFonts w:eastAsia="ＭＳ 明朝" w:cs="Times New Roman" w:ascii="ＭＳ 明朝" w:hAnsi="ＭＳ 明朝"/>
                <w:color w:val="000000"/>
                <w:spacing w:val="16"/>
                <w:sz w:val="22"/>
                <w:lang w:eastAsia="ja-JP"/>
              </w:rPr>
            </w:r>
          </w:p>
        </w:tc>
      </w:tr>
      <w:tr>
        <w:trPr>
          <w:trHeight w:val="1402" w:hRule="atLeast"/>
        </w:trPr>
        <w:tc>
          <w:tcPr>
            <w:tcW w:w="18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overflowPunct w:val="true"/>
              <w:spacing w:lineRule="atLeast" w:line="392" w:before="0" w:after="0"/>
              <w:jc w:val="center"/>
              <w:textAlignment w:val="baseline"/>
              <w:rPr>
                <w:rFonts w:ascii="BIZ UDゴシック" w:hAnsi="BIZ UDゴシック" w:eastAsia="BIZ UDゴシック" w:cs="Times New Roman"/>
                <w:color w:val="000000"/>
                <w:spacing w:val="16"/>
                <w:sz w:val="22"/>
                <w:lang w:eastAsia="ja-JP"/>
              </w:rPr>
            </w:pPr>
            <w:r>
              <w:rPr>
                <w:rFonts w:ascii="BIZ UDゴシック" w:hAnsi="BIZ UDゴシック" w:cs="Times New Roman" w:eastAsia="BIZ UDゴシック"/>
                <w:color w:val="000000"/>
                <w:spacing w:val="16"/>
                <w:sz w:val="22"/>
                <w:lang w:eastAsia="ja-JP"/>
              </w:rPr>
              <w:t>目標や展望</w:t>
            </w:r>
          </w:p>
          <w:p>
            <w:pPr>
              <w:pStyle w:val="Normal"/>
              <w:widowControl w:val="false"/>
              <w:suppressAutoHyphens w:val="true"/>
              <w:overflowPunct w:val="true"/>
              <w:spacing w:lineRule="atLeast" w:line="392" w:before="0" w:after="0"/>
              <w:textAlignment w:val="baseline"/>
              <w:rPr>
                <w:rFonts w:ascii="BIZ UDゴシック" w:hAnsi="BIZ UDゴシック" w:eastAsia="BIZ UDゴシック" w:cs="Times New Roman"/>
                <w:color w:val="000000"/>
                <w:spacing w:val="16"/>
                <w:sz w:val="22"/>
                <w:lang w:eastAsia="ja-JP"/>
              </w:rPr>
            </w:pPr>
            <w:r>
              <w:rPr>
                <w:rFonts w:ascii="ＭＳ 明朝" w:hAnsi="ＭＳ 明朝" w:cs="Times New Roman"/>
                <w:color w:val="000000"/>
                <w:spacing w:val="-5"/>
                <w:w w:val="79"/>
                <w:sz w:val="22"/>
                <w:lang w:eastAsia="ja-JP"/>
              </w:rPr>
              <w:t>※</w:t>
            </w:r>
            <w:r>
              <w:rPr>
                <w:rFonts w:ascii="ＭＳ 明朝" w:hAnsi="ＭＳ 明朝" w:cs="Times New Roman"/>
                <w:color w:val="000000"/>
                <w:spacing w:val="-5"/>
                <w:w w:val="79"/>
                <w:sz w:val="22"/>
                <w:lang w:eastAsia="ja-JP"/>
              </w:rPr>
              <w:t>将来へのメッセージ</w:t>
            </w:r>
          </w:p>
        </w:tc>
        <w:tc>
          <w:tcPr>
            <w:tcW w:w="764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overflowPunct w:val="true"/>
              <w:spacing w:lineRule="atLeast" w:line="392" w:before="0" w:after="0"/>
              <w:textAlignment w:val="baseline"/>
              <w:rPr>
                <w:rFonts w:ascii="ＭＳ 明朝" w:hAnsi="ＭＳ 明朝" w:eastAsia="ＭＳ 明朝" w:cs="Times New Roman"/>
                <w:color w:val="000000"/>
                <w:spacing w:val="-5"/>
                <w:w w:val="79"/>
                <w:sz w:val="22"/>
                <w:lang w:eastAsia="ja-JP"/>
              </w:rPr>
            </w:pPr>
            <w:r>
              <w:rPr>
                <w:rFonts w:eastAsia="ＭＳ 明朝" w:cs="Times New Roman" w:ascii="ＭＳ 明朝" w:hAnsi="ＭＳ 明朝"/>
                <w:color w:val="000000"/>
                <w:spacing w:val="-5"/>
                <w:w w:val="79"/>
                <w:sz w:val="22"/>
                <w:lang w:eastAsia="ja-JP"/>
              </w:rPr>
            </w:r>
          </w:p>
          <w:p>
            <w:pPr>
              <w:pStyle w:val="Normal"/>
              <w:widowControl w:val="false"/>
              <w:suppressAutoHyphens w:val="true"/>
              <w:overflowPunct w:val="true"/>
              <w:spacing w:lineRule="atLeast" w:line="392" w:before="0" w:after="0"/>
              <w:textAlignment w:val="baseline"/>
              <w:rPr>
                <w:rFonts w:ascii="ＭＳ 明朝" w:hAnsi="ＭＳ 明朝" w:eastAsia="ＭＳ 明朝" w:cs="Times New Roman"/>
                <w:color w:val="000000"/>
                <w:spacing w:val="16"/>
                <w:sz w:val="22"/>
                <w:lang w:eastAsia="ja-JP"/>
              </w:rPr>
            </w:pPr>
            <w:r>
              <w:rPr>
                <w:rFonts w:eastAsia="ＭＳ 明朝" w:cs="Times New Roman" w:ascii="ＭＳ 明朝" w:hAnsi="ＭＳ 明朝"/>
                <w:color w:val="000000"/>
                <w:spacing w:val="16"/>
                <w:sz w:val="22"/>
                <w:lang w:eastAsia="ja-JP"/>
              </w:rPr>
            </w:r>
          </w:p>
        </w:tc>
      </w:tr>
      <w:tr>
        <w:trPr>
          <w:trHeight w:val="568" w:hRule="atLeast"/>
        </w:trPr>
        <w:tc>
          <w:tcPr>
            <w:tcW w:w="526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overflowPunct w:val="true"/>
              <w:spacing w:lineRule="atLeast" w:line="392" w:before="0" w:after="0"/>
              <w:ind w:firstLine="110"/>
              <w:jc w:val="center"/>
              <w:textAlignment w:val="baseline"/>
              <w:rPr>
                <w:rFonts w:ascii="BIZ UDゴシック" w:hAnsi="BIZ UDゴシック" w:eastAsia="BIZ UDゴシック" w:cs="Times New Roman"/>
                <w:bCs/>
                <w:color w:val="000000"/>
                <w:spacing w:val="16"/>
                <w:sz w:val="22"/>
                <w:lang w:eastAsia="ja-JP"/>
              </w:rPr>
            </w:pPr>
            <w:r>
              <w:rPr>
                <w:rFonts w:ascii="BIZ UDゴシック" w:hAnsi="BIZ UDゴシック" w:cs="Times New Roman" w:eastAsia="BIZ UDゴシック"/>
                <w:bCs/>
                <w:kern w:val="2"/>
                <w:sz w:val="22"/>
                <w:lang w:eastAsia="ja-JP"/>
              </w:rPr>
              <w:t>過去業務に関し、刑罰を科された事実の有無</w:t>
            </w:r>
          </w:p>
        </w:tc>
        <w:tc>
          <w:tcPr>
            <w:tcW w:w="4248"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overflowPunct w:val="true"/>
              <w:spacing w:lineRule="exact" w:line="240" w:before="0" w:after="0"/>
              <w:ind w:left="341" w:hanging="236"/>
              <w:jc w:val="center"/>
              <w:textAlignment w:val="baseline"/>
              <w:rPr>
                <w:rFonts w:ascii="BIZ UDゴシック" w:hAnsi="BIZ UDゴシック" w:eastAsia="BIZ UDゴシック" w:cs="Times New Roman"/>
                <w:bCs/>
                <w:color w:val="000000"/>
                <w:spacing w:val="16"/>
                <w:sz w:val="22"/>
                <w:lang w:eastAsia="ja-JP"/>
              </w:rPr>
            </w:pPr>
            <w:r>
              <w:rPr>
                <w:rFonts w:ascii="BIZ UDゴシック" w:hAnsi="BIZ UDゴシック" w:cs="Times New Roman" w:eastAsia="BIZ UDゴシック"/>
                <w:bCs/>
                <w:color w:val="000000"/>
                <w:spacing w:val="16"/>
                <w:sz w:val="22"/>
                <w:lang w:eastAsia="ja-JP"/>
              </w:rPr>
              <w:t>有　　・　　無</w:t>
            </w:r>
          </w:p>
        </w:tc>
      </w:tr>
    </w:tbl>
    <w:p>
      <w:pPr>
        <w:pStyle w:val="Normal"/>
        <w:widowControl w:val="false"/>
        <w:overflowPunct w:val="true"/>
        <w:spacing w:lineRule="auto" w:line="240" w:before="0" w:after="0"/>
        <w:jc w:val="both"/>
        <w:textAlignment w:val="baseline"/>
        <w:rPr>
          <w:rFonts w:ascii="BIZ UDゴシック" w:hAnsi="BIZ UDゴシック" w:eastAsia="BIZ UDゴシック" w:cs="ＭＳ 明朝"/>
          <w:color w:val="000000"/>
          <w:sz w:val="22"/>
          <w:lang w:eastAsia="ja-JP"/>
        </w:rPr>
      </w:pPr>
      <w:r>
        <w:rPr>
          <w:rFonts w:ascii="ＭＳ 明朝" w:hAnsi="ＭＳ 明朝" w:cs="ＭＳ 明朝"/>
          <w:b/>
          <w:bCs/>
          <w:color w:val="000000"/>
          <w:sz w:val="22"/>
          <w:lang w:eastAsia="ja-JP"/>
        </w:rPr>
        <w:t>　</w:t>
      </w:r>
      <w:r>
        <w:rPr>
          <w:rFonts w:ascii="BIZ UDゴシック" w:hAnsi="BIZ UDゴシック" w:cs="ＭＳ 明朝" w:eastAsia="BIZ UDゴシック"/>
          <w:color w:val="000000"/>
          <w:sz w:val="22"/>
          <w:lang w:eastAsia="ja-JP"/>
        </w:rPr>
        <w:t>添付書類</w:t>
      </w:r>
    </w:p>
    <w:p>
      <w:pPr>
        <w:pStyle w:val="Normal"/>
        <w:widowControl w:val="false"/>
        <w:overflowPunct w:val="true"/>
        <w:spacing w:lineRule="auto" w:line="240" w:before="0" w:after="0"/>
        <w:ind w:left="430" w:hanging="220"/>
        <w:jc w:val="both"/>
        <w:textAlignment w:val="baseline"/>
        <w:rPr>
          <w:rFonts w:ascii="ＭＳ 明朝" w:hAnsi="ＭＳ 明朝" w:eastAsia="ＭＳ 明朝" w:cs="ＭＳ 明朝"/>
          <w:color w:val="000000"/>
          <w:sz w:val="22"/>
          <w:lang w:eastAsia="ja-JP"/>
        </w:rPr>
      </w:pPr>
      <w:r>
        <w:rPr>
          <w:rFonts w:ascii="ＭＳ 明朝" w:hAnsi="ＭＳ 明朝" w:cs="ＭＳ 明朝"/>
          <w:color w:val="000000"/>
          <w:sz w:val="22"/>
          <w:lang w:eastAsia="ja-JP"/>
        </w:rPr>
        <w:t xml:space="preserve">□ </w:t>
      </w:r>
      <w:r>
        <w:rPr>
          <w:rFonts w:ascii="ＭＳ 明朝" w:hAnsi="ＭＳ 明朝" w:cs="ＭＳ 明朝"/>
          <w:color w:val="000000"/>
          <w:sz w:val="22"/>
          <w:lang w:eastAsia="ja-JP"/>
        </w:rPr>
        <w:t>創業年月日を確認できる資料</w:t>
      </w:r>
    </w:p>
    <w:p>
      <w:pPr>
        <w:pStyle w:val="Normal"/>
        <w:widowControl w:val="false"/>
        <w:overflowPunct w:val="true"/>
        <w:spacing w:lineRule="auto" w:line="240" w:before="0" w:after="0"/>
        <w:ind w:left="430" w:hanging="220"/>
        <w:jc w:val="both"/>
        <w:textAlignment w:val="baseline"/>
        <w:rPr>
          <w:rFonts w:ascii="ＭＳ 明朝" w:hAnsi="ＭＳ 明朝" w:eastAsia="ＭＳ 明朝" w:cs="ＭＳ 明朝"/>
          <w:color w:val="000000"/>
          <w:sz w:val="22"/>
          <w:lang w:eastAsia="ja-JP"/>
        </w:rPr>
      </w:pPr>
      <w:r>
        <w:rPr>
          <w:rFonts w:ascii="ＭＳ 明朝" w:hAnsi="ＭＳ 明朝" w:cs="ＭＳ 明朝"/>
          <w:color w:val="000000"/>
          <w:sz w:val="22"/>
          <w:lang w:eastAsia="ja-JP"/>
        </w:rPr>
        <w:t>（登記簿、商業登記、営業許可証、古い帳簿、新聞記事、創業時の写真など）</w:t>
      </w:r>
    </w:p>
    <w:p>
      <w:pPr>
        <w:pStyle w:val="Normal"/>
        <w:widowControl w:val="false"/>
        <w:overflowPunct w:val="true"/>
        <w:spacing w:lineRule="auto" w:line="240" w:before="0" w:after="0"/>
        <w:ind w:firstLine="220"/>
        <w:jc w:val="both"/>
        <w:textAlignment w:val="baseline"/>
        <w:rPr>
          <w:rFonts w:ascii="ＭＳ 明朝" w:hAnsi="ＭＳ 明朝" w:eastAsia="ＭＳ 明朝" w:cs="ＭＳ 明朝"/>
          <w:color w:val="000000"/>
          <w:sz w:val="22"/>
          <w:lang w:eastAsia="ja-JP"/>
        </w:rPr>
      </w:pPr>
      <w:r>
        <w:rPr>
          <w:rFonts w:ascii="ＭＳ 明朝" w:hAnsi="ＭＳ 明朝" w:cs="ＭＳ 明朝"/>
          <w:color w:val="000000"/>
          <w:sz w:val="22"/>
          <w:lang w:eastAsia="ja-JP"/>
        </w:rPr>
        <w:t xml:space="preserve">□ </w:t>
      </w:r>
      <w:r>
        <w:rPr>
          <w:rFonts w:ascii="ＭＳ 明朝" w:hAnsi="ＭＳ 明朝" w:cs="ＭＳ 明朝"/>
          <w:color w:val="000000"/>
          <w:sz w:val="22"/>
          <w:lang w:eastAsia="ja-JP"/>
        </w:rPr>
        <w:t>その他参考資料</w:t>
      </w:r>
    </w:p>
    <w:p>
      <w:pPr>
        <w:pStyle w:val="Normal"/>
        <w:widowControl w:val="false"/>
        <w:overflowPunct w:val="true"/>
        <w:spacing w:lineRule="auto" w:line="240" w:before="0" w:after="0"/>
        <w:jc w:val="both"/>
        <w:textAlignment w:val="baseline"/>
        <w:rPr>
          <w:rFonts w:ascii="ＭＳ 明朝" w:hAnsi="ＭＳ 明朝" w:eastAsia="ＭＳ 明朝" w:cs="ＭＳ 明朝"/>
          <w:color w:val="000000"/>
          <w:sz w:val="22"/>
          <w:lang w:eastAsia="ja-JP"/>
        </w:rPr>
      </w:pPr>
      <w:r>
        <w:rPr>
          <w:rFonts w:ascii="ＭＳ 明朝" w:hAnsi="ＭＳ 明朝" w:cs="ＭＳ 明朝"/>
          <w:color w:val="000000"/>
          <w:sz w:val="22"/>
          <w:lang w:eastAsia="ja-JP"/>
        </w:rPr>
        <w:t>　　（沿革資料、会社案内・パンフレットなど）</w:t>
      </w:r>
    </w:p>
    <w:p>
      <w:pPr>
        <w:pStyle w:val="Normal"/>
        <w:widowControl w:val="false"/>
        <w:overflowPunct w:val="true"/>
        <w:spacing w:lineRule="auto" w:line="240" w:before="0" w:after="0"/>
        <w:ind w:left="427" w:hanging="440"/>
        <w:jc w:val="both"/>
        <w:textAlignment w:val="baseline"/>
        <w:rPr>
          <w:rFonts w:ascii="ＭＳ 明朝" w:hAnsi="ＭＳ 明朝" w:eastAsia="ＭＳ 明朝" w:cs="ＭＳ 明朝"/>
          <w:color w:val="000000"/>
          <w:sz w:val="22"/>
          <w:lang w:eastAsia="ja-JP"/>
        </w:rPr>
      </w:pPr>
      <w:r>
        <w:rPr>
          <w:rFonts w:ascii="ＭＳ 明朝" w:hAnsi="ＭＳ 明朝" w:cs="ＭＳ 明朝"/>
          <w:color w:val="000000"/>
          <w:sz w:val="22"/>
          <w:lang w:eastAsia="ja-JP"/>
        </w:rPr>
        <w:t xml:space="preserve"> ※</w:t>
      </w:r>
      <w:r>
        <w:rPr>
          <w:rFonts w:ascii="ＭＳ 明朝" w:hAnsi="ＭＳ 明朝" w:cs="ＭＳ 明朝"/>
          <w:color w:val="000000"/>
          <w:sz w:val="22"/>
          <w:lang w:eastAsia="ja-JP"/>
        </w:rPr>
        <w:t>本申込後、審査を経て市長表彰者の対象者を決定します。必要に応じて追加資料の提出や聞き取りをお願いする場合があります。</w:t>
      </w:r>
    </w:p>
    <w:p>
      <w:pPr>
        <w:pStyle w:val="Normal"/>
        <w:widowControl w:val="false"/>
        <w:overflowPunct w:val="true"/>
        <w:spacing w:lineRule="auto" w:line="240" w:before="0" w:after="0"/>
        <w:ind w:left="440" w:hanging="440"/>
        <w:jc w:val="both"/>
        <w:textAlignment w:val="baseline"/>
        <w:rPr>
          <w:rFonts w:ascii="ＭＳ 明朝" w:hAnsi="ＭＳ 明朝" w:eastAsia="ＭＳ 明朝" w:cs="ＭＳ 明朝"/>
          <w:color w:val="000000"/>
          <w:sz w:val="22"/>
          <w:lang w:eastAsia="ja-JP"/>
        </w:rPr>
      </w:pPr>
      <w:r>
        <w:rPr>
          <w:rFonts w:ascii="ＭＳ 明朝" w:hAnsi="ＭＳ 明朝" w:cs="ＭＳ 明朝"/>
          <w:color w:val="000000"/>
          <w:sz w:val="22"/>
          <w:lang w:eastAsia="ja-JP"/>
        </w:rPr>
        <w:t xml:space="preserve"> ※</w:t>
      </w:r>
      <w:r>
        <w:rPr>
          <w:rFonts w:ascii="ＭＳ 明朝" w:hAnsi="ＭＳ 明朝" w:cs="ＭＳ 明朝"/>
          <w:color w:val="000000"/>
          <w:sz w:val="22"/>
          <w:lang w:eastAsia="ja-JP"/>
        </w:rPr>
        <w:t>提出された個人情報は、本表彰制度の実施に必要な範囲で使用し、関係法令に基づき適切に管理します。</w:t>
      </w:r>
    </w:p>
    <w:sectPr>
      <w:type w:val="nextPage"/>
      <w:pgSz w:w="12240" w:h="15840"/>
      <w:pgMar w:left="1134" w:right="1134" w:gutter="0" w:header="0" w:top="227" w:footer="0" w:bottom="22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ambria">
    <w:charset w:val="80"/>
    <w:family w:val="roman"/>
    <w:pitch w:val="variable"/>
  </w:font>
  <w:font w:name="MS Pゴシック">
    <w:charset w:val="80"/>
    <w:family w:val="roman"/>
    <w:pitch w:val="variable"/>
  </w:font>
  <w:font w:name="Calibri">
    <w:charset w:val="80"/>
    <w:family w:val="roman"/>
    <w:pitch w:val="variable"/>
  </w:font>
  <w:font w:name="Courier">
    <w:altName w:val="Courier New"/>
    <w:charset w:val="80"/>
    <w:family w:val="roman"/>
    <w:pitch w:val="variable"/>
  </w:font>
  <w:font w:name="Liberation Sans">
    <w:altName w:val="Arial"/>
    <w:charset w:val="80"/>
    <w:family w:val="swiss"/>
    <w:pitch w:val="variable"/>
  </w:font>
  <w:font w:name="BIZ UDゴシック">
    <w:charset w:val="80"/>
    <w:family w:val="roman"/>
    <w:pitch w:val="variable"/>
  </w:font>
  <w:font w:name="Times New Roman">
    <w:charset w:val="80"/>
    <w:family w:val="roman"/>
    <w:pitch w:val="variable"/>
  </w:font>
  <w:font w:name="ＭＳ 明朝">
    <w:charset w:val="80"/>
    <w:family w:val="roman"/>
    <w:pitch w:val="variable"/>
  </w:font>
  <w:font w:name="BIZ UDゴシック">
    <w:charset w:val="80"/>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tabs>
          <w:tab w:val="num" w:pos="1080"/>
        </w:tabs>
        <w:ind w:left="108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pPr>
      <w:widowControl/>
      <w:bidi w:val="0"/>
      <w:spacing w:lineRule="auto" w:line="276" w:before="0" w:after="200"/>
      <w:jc w:val="left"/>
    </w:pPr>
    <w:rPr>
      <w:rFonts w:ascii="MS Pゴシック" w:hAnsi="MS Pゴシック" w:eastAsia="ＭＳ 明朝" w:cs="" w:cstheme="minorBidi" w:eastAsiaTheme="minorEastAsia"/>
      <w:color w:val="auto"/>
      <w:kern w:val="0"/>
      <w:sz w:val="21"/>
      <w:szCs w:val="22"/>
      <w:lang w:val="en-US" w:eastAsia="en-US" w:bidi="ar-SA"/>
    </w:rPr>
  </w:style>
  <w:style w:type="paragraph" w:styleId="1">
    <w:name w:val="Heading 1"/>
    <w:basedOn w:val="Normal"/>
    <w:next w:val="Normal"/>
    <w:link w:val="11"/>
    <w:uiPriority w:val="9"/>
    <w:qFormat/>
    <w:rsid w:val="00fc693f"/>
    <w:pPr>
      <w:keepNext w:val="true"/>
      <w:keepLines/>
      <w:spacing w:before="480" w:after="0"/>
      <w:outlineLvl w:val="0"/>
    </w:pPr>
    <w:rPr>
      <w:rFonts w:ascii="Calibri" w:hAnsi="Calibri" w:eastAsia="ＭＳ ゴシック"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21"/>
    <w:uiPriority w:val="9"/>
    <w:unhideWhenUsed/>
    <w:qFormat/>
    <w:rsid w:val="00fc693f"/>
    <w:pPr>
      <w:keepNext w:val="true"/>
      <w:keepLines/>
      <w:spacing w:before="200" w:after="0"/>
      <w:outlineLvl w:val="1"/>
    </w:pPr>
    <w:rPr>
      <w:rFonts w:ascii="Calibri" w:hAnsi="Calibri" w:eastAsia="ＭＳ ゴシック" w:cs="" w:asciiTheme="majorHAnsi" w:cstheme="majorBidi" w:eastAsiaTheme="majorEastAsia" w:hAnsiTheme="majorHAnsi"/>
      <w:b/>
      <w:bCs/>
      <w:color w:val="4F81BD" w:themeColor="accent1"/>
      <w:sz w:val="26"/>
      <w:szCs w:val="26"/>
    </w:rPr>
  </w:style>
  <w:style w:type="paragraph" w:styleId="3">
    <w:name w:val="Heading 3"/>
    <w:basedOn w:val="Normal"/>
    <w:next w:val="Normal"/>
    <w:link w:val="31"/>
    <w:uiPriority w:val="9"/>
    <w:unhideWhenUsed/>
    <w:qFormat/>
    <w:rsid w:val="00fc693f"/>
    <w:pPr>
      <w:keepNext w:val="true"/>
      <w:keepLines/>
      <w:spacing w:before="200" w:after="0"/>
      <w:outlineLvl w:val="2"/>
    </w:pPr>
    <w:rPr>
      <w:rFonts w:ascii="Calibri" w:hAnsi="Calibri" w:eastAsia="ＭＳ ゴシック" w:cs="" w:asciiTheme="majorHAnsi" w:cstheme="majorBidi" w:eastAsiaTheme="majorEastAsia" w:hAnsiTheme="majorHAnsi"/>
      <w:b/>
      <w:bCs/>
      <w:color w:val="4F81BD" w:themeColor="accent1"/>
    </w:rPr>
  </w:style>
  <w:style w:type="paragraph" w:styleId="4">
    <w:name w:val="Heading 4"/>
    <w:basedOn w:val="Normal"/>
    <w:next w:val="Normal"/>
    <w:link w:val="41"/>
    <w:uiPriority w:val="9"/>
    <w:semiHidden/>
    <w:unhideWhenUsed/>
    <w:qFormat/>
    <w:rsid w:val="00fc693f"/>
    <w:pPr>
      <w:keepNext w:val="true"/>
      <w:keepLines/>
      <w:spacing w:before="200" w:after="0"/>
      <w:outlineLvl w:val="3"/>
    </w:pPr>
    <w:rPr>
      <w:rFonts w:ascii="Calibri" w:hAnsi="Calibri" w:eastAsia="ＭＳ ゴシック" w:cs="" w:asciiTheme="majorHAnsi" w:cstheme="majorBidi" w:eastAsiaTheme="majorEastAsia" w:hAnsiTheme="majorHAnsi"/>
      <w:b/>
      <w:bCs/>
      <w:i/>
      <w:iCs/>
      <w:color w:val="4F81BD" w:themeColor="accent1"/>
    </w:rPr>
  </w:style>
  <w:style w:type="paragraph" w:styleId="5">
    <w:name w:val="Heading 5"/>
    <w:basedOn w:val="Normal"/>
    <w:next w:val="Normal"/>
    <w:link w:val="51"/>
    <w:uiPriority w:val="9"/>
    <w:semiHidden/>
    <w:unhideWhenUsed/>
    <w:qFormat/>
    <w:rsid w:val="00fc693f"/>
    <w:pPr>
      <w:keepNext w:val="true"/>
      <w:keepLines/>
      <w:spacing w:before="200" w:after="0"/>
      <w:outlineLvl w:val="4"/>
    </w:pPr>
    <w:rPr>
      <w:rFonts w:ascii="Calibri" w:hAnsi="Calibri" w:eastAsia="ＭＳ ゴシック" w:cs="" w:asciiTheme="majorHAnsi" w:cstheme="majorBidi" w:eastAsiaTheme="majorEastAsia" w:hAnsiTheme="majorHAnsi"/>
      <w:color w:val="243F60" w:themeColor="accent1" w:themeShade="7f"/>
    </w:rPr>
  </w:style>
  <w:style w:type="paragraph" w:styleId="6">
    <w:name w:val="Heading 6"/>
    <w:basedOn w:val="Normal"/>
    <w:next w:val="Normal"/>
    <w:link w:val="61"/>
    <w:uiPriority w:val="9"/>
    <w:semiHidden/>
    <w:unhideWhenUsed/>
    <w:qFormat/>
    <w:rsid w:val="00fc693f"/>
    <w:pPr>
      <w:keepNext w:val="true"/>
      <w:keepLines/>
      <w:spacing w:before="200" w:after="0"/>
      <w:outlineLvl w:val="5"/>
    </w:pPr>
    <w:rPr>
      <w:rFonts w:ascii="Calibri" w:hAnsi="Calibri" w:eastAsia="ＭＳ ゴシック" w:cs="" w:asciiTheme="majorHAnsi" w:cstheme="majorBidi" w:eastAsiaTheme="majorEastAsia" w:hAnsiTheme="majorHAnsi"/>
      <w:i/>
      <w:iCs/>
      <w:color w:val="243F60" w:themeColor="accent1" w:themeShade="7f"/>
    </w:rPr>
  </w:style>
  <w:style w:type="paragraph" w:styleId="7">
    <w:name w:val="Heading 7"/>
    <w:basedOn w:val="Normal"/>
    <w:next w:val="Normal"/>
    <w:link w:val="71"/>
    <w:uiPriority w:val="9"/>
    <w:semiHidden/>
    <w:unhideWhenUsed/>
    <w:qFormat/>
    <w:rsid w:val="00fc693f"/>
    <w:pPr>
      <w:keepNext w:val="true"/>
      <w:keepLines/>
      <w:spacing w:before="200" w:after="0"/>
      <w:outlineLvl w:val="6"/>
    </w:pPr>
    <w:rPr>
      <w:rFonts w:ascii="Calibri" w:hAnsi="Calibri" w:eastAsia="ＭＳ ゴシック" w:cs="" w:asciiTheme="majorHAnsi" w:cstheme="majorBidi" w:eastAsiaTheme="majorEastAsia" w:hAnsiTheme="majorHAnsi"/>
      <w:i/>
      <w:iCs/>
      <w:color w:val="404040" w:themeColor="text1" w:themeTint="bf"/>
    </w:rPr>
  </w:style>
  <w:style w:type="paragraph" w:styleId="8">
    <w:name w:val="Heading 8"/>
    <w:basedOn w:val="Normal"/>
    <w:next w:val="Normal"/>
    <w:link w:val="81"/>
    <w:uiPriority w:val="9"/>
    <w:semiHidden/>
    <w:unhideWhenUsed/>
    <w:qFormat/>
    <w:rsid w:val="00fc693f"/>
    <w:pPr>
      <w:keepNext w:val="true"/>
      <w:keepLines/>
      <w:spacing w:before="200" w:after="0"/>
      <w:outlineLvl w:val="7"/>
    </w:pPr>
    <w:rPr>
      <w:rFonts w:ascii="Calibri" w:hAnsi="Calibri" w:eastAsia="ＭＳ ゴシック" w:cs="" w:asciiTheme="majorHAnsi" w:cstheme="majorBidi" w:eastAsiaTheme="majorEastAsia" w:hAnsiTheme="majorHAnsi"/>
      <w:color w:val="4F81BD" w:themeColor="accent1"/>
      <w:sz w:val="20"/>
      <w:szCs w:val="20"/>
    </w:rPr>
  </w:style>
  <w:style w:type="paragraph" w:styleId="9">
    <w:name w:val="Heading 9"/>
    <w:basedOn w:val="Normal"/>
    <w:next w:val="Normal"/>
    <w:link w:val="91"/>
    <w:uiPriority w:val="9"/>
    <w:semiHidden/>
    <w:unhideWhenUsed/>
    <w:qFormat/>
    <w:rsid w:val="00fc693f"/>
    <w:pPr>
      <w:keepNext w:val="true"/>
      <w:keepLines/>
      <w:spacing w:before="200" w:after="0"/>
      <w:outlineLvl w:val="8"/>
    </w:pPr>
    <w:rPr>
      <w:rFonts w:ascii="Calibri" w:hAnsi="Calibri" w:eastAsia="ＭＳ ゴシック" w:cs="" w:asciiTheme="majorHAnsi" w:cstheme="majorBidi" w:eastAsiaTheme="majorEastAsia" w:hAnsiTheme="majorHAnsi"/>
      <w:i/>
      <w:iCs/>
      <w:color w:val="404040" w:themeColor="text1" w:themeTint="bf"/>
      <w:sz w:val="20"/>
      <w:szCs w:val="20"/>
    </w:rPr>
  </w:style>
  <w:style w:type="character" w:styleId="DefaultParagraphFont" w:default="1">
    <w:name w:val="Default Paragraph Font"/>
    <w:uiPriority w:val="1"/>
    <w:semiHidden/>
    <w:unhideWhenUsed/>
    <w:qFormat/>
    <w:rPr/>
  </w:style>
  <w:style w:type="character" w:styleId="Style" w:customStyle="1">
    <w:name w:val="ヘッダー (文字)"/>
    <w:basedOn w:val="DefaultParagraphFont"/>
    <w:uiPriority w:val="99"/>
    <w:qFormat/>
    <w:rsid w:val="00e618bf"/>
    <w:rPr/>
  </w:style>
  <w:style w:type="character" w:styleId="Style1" w:customStyle="1">
    <w:name w:val="フッター (文字)"/>
    <w:basedOn w:val="DefaultParagraphFont"/>
    <w:uiPriority w:val="99"/>
    <w:qFormat/>
    <w:rsid w:val="00e618bf"/>
    <w:rPr/>
  </w:style>
  <w:style w:type="character" w:styleId="11" w:customStyle="1">
    <w:name w:val="見出し 1 (文字)"/>
    <w:basedOn w:val="DefaultParagraphFont"/>
    <w:uiPriority w:val="9"/>
    <w:qFormat/>
    <w:rsid w:val="00fc693f"/>
    <w:rPr>
      <w:rFonts w:ascii="Calibri" w:hAnsi="Calibri" w:eastAsia="ＭＳ ゴシック" w:cs="" w:asciiTheme="majorHAnsi" w:cstheme="majorBidi" w:eastAsiaTheme="majorEastAsia" w:hAnsiTheme="majorHAnsi"/>
      <w:b/>
      <w:bCs/>
      <w:color w:val="365F91" w:themeColor="accent1" w:themeShade="bf"/>
      <w:sz w:val="28"/>
      <w:szCs w:val="28"/>
    </w:rPr>
  </w:style>
  <w:style w:type="character" w:styleId="21" w:customStyle="1">
    <w:name w:val="見出し 2 (文字)"/>
    <w:basedOn w:val="DefaultParagraphFont"/>
    <w:uiPriority w:val="9"/>
    <w:qFormat/>
    <w:rsid w:val="00fc693f"/>
    <w:rPr>
      <w:rFonts w:ascii="Calibri" w:hAnsi="Calibri" w:eastAsia="ＭＳ ゴシック" w:cs="" w:asciiTheme="majorHAnsi" w:cstheme="majorBidi" w:eastAsiaTheme="majorEastAsia" w:hAnsiTheme="majorHAnsi"/>
      <w:b/>
      <w:bCs/>
      <w:color w:val="4F81BD" w:themeColor="accent1"/>
      <w:sz w:val="26"/>
      <w:szCs w:val="26"/>
    </w:rPr>
  </w:style>
  <w:style w:type="character" w:styleId="31" w:customStyle="1">
    <w:name w:val="見出し 3 (文字)"/>
    <w:basedOn w:val="DefaultParagraphFont"/>
    <w:uiPriority w:val="9"/>
    <w:qFormat/>
    <w:rsid w:val="00fc693f"/>
    <w:rPr>
      <w:rFonts w:ascii="Calibri" w:hAnsi="Calibri" w:eastAsia="ＭＳ ゴシック" w:cs="" w:asciiTheme="majorHAnsi" w:cstheme="majorBidi" w:eastAsiaTheme="majorEastAsia" w:hAnsiTheme="majorHAnsi"/>
      <w:b/>
      <w:bCs/>
      <w:color w:val="4F81BD" w:themeColor="accent1"/>
    </w:rPr>
  </w:style>
  <w:style w:type="character" w:styleId="Style2" w:customStyle="1">
    <w:name w:val="表題 (文字)"/>
    <w:basedOn w:val="DefaultParagraphFont"/>
    <w:uiPriority w:val="10"/>
    <w:qFormat/>
    <w:rsid w:val="00fc693f"/>
    <w:rPr>
      <w:rFonts w:ascii="Calibri" w:hAnsi="Calibri" w:eastAsia="ＭＳ ゴシック" w:cs="" w:asciiTheme="majorHAnsi" w:cstheme="majorBidi" w:eastAsiaTheme="majorEastAsia" w:hAnsiTheme="majorHAnsi"/>
      <w:color w:val="17365D" w:themeColor="text2" w:themeShade="bf"/>
      <w:spacing w:val="5"/>
      <w:kern w:val="2"/>
      <w:sz w:val="52"/>
      <w:szCs w:val="52"/>
    </w:rPr>
  </w:style>
  <w:style w:type="character" w:styleId="Style3" w:customStyle="1">
    <w:name w:val="副題 (文字)"/>
    <w:basedOn w:val="DefaultParagraphFont"/>
    <w:uiPriority w:val="11"/>
    <w:qFormat/>
    <w:rsid w:val="00fc693f"/>
    <w:rPr>
      <w:rFonts w:ascii="Calibri" w:hAnsi="Calibri" w:eastAsia="ＭＳ ゴシック" w:cs="" w:asciiTheme="majorHAnsi" w:cstheme="majorBidi" w:eastAsiaTheme="majorEastAsia" w:hAnsiTheme="majorHAnsi"/>
      <w:i/>
      <w:iCs/>
      <w:color w:val="4F81BD" w:themeColor="accent1"/>
      <w:spacing w:val="15"/>
      <w:sz w:val="24"/>
      <w:szCs w:val="24"/>
    </w:rPr>
  </w:style>
  <w:style w:type="character" w:styleId="Style4" w:customStyle="1">
    <w:name w:val="本文 (文字)"/>
    <w:basedOn w:val="DefaultParagraphFont"/>
    <w:uiPriority w:val="99"/>
    <w:qFormat/>
    <w:rsid w:val="00aa1d8d"/>
    <w:rPr/>
  </w:style>
  <w:style w:type="character" w:styleId="22" w:customStyle="1">
    <w:name w:val="本文 2 (文字)"/>
    <w:basedOn w:val="DefaultParagraphFont"/>
    <w:link w:val="BodyText2"/>
    <w:uiPriority w:val="99"/>
    <w:qFormat/>
    <w:rsid w:val="00aa1d8d"/>
    <w:rPr/>
  </w:style>
  <w:style w:type="character" w:styleId="32" w:customStyle="1">
    <w:name w:val="本文 3 (文字)"/>
    <w:basedOn w:val="DefaultParagraphFont"/>
    <w:link w:val="BodyText3"/>
    <w:uiPriority w:val="99"/>
    <w:qFormat/>
    <w:rsid w:val="00aa1d8d"/>
    <w:rPr>
      <w:sz w:val="16"/>
      <w:szCs w:val="16"/>
    </w:rPr>
  </w:style>
  <w:style w:type="character" w:styleId="Style5" w:customStyle="1">
    <w:name w:val="マクロ文字列 (文字)"/>
    <w:basedOn w:val="DefaultParagraphFont"/>
    <w:link w:val="Macro"/>
    <w:uiPriority w:val="99"/>
    <w:qFormat/>
    <w:rsid w:val="0029639d"/>
    <w:rPr>
      <w:rFonts w:ascii="Courier" w:hAnsi="Courier"/>
      <w:sz w:val="20"/>
      <w:szCs w:val="20"/>
    </w:rPr>
  </w:style>
  <w:style w:type="character" w:styleId="Style6" w:customStyle="1">
    <w:name w:val="引用文 (文字)"/>
    <w:basedOn w:val="DefaultParagraphFont"/>
    <w:link w:val="Quote"/>
    <w:uiPriority w:val="29"/>
    <w:qFormat/>
    <w:rsid w:val="00fc693f"/>
    <w:rPr>
      <w:i/>
      <w:iCs/>
      <w:color w:val="000000" w:themeColor="text1"/>
    </w:rPr>
  </w:style>
  <w:style w:type="character" w:styleId="41" w:customStyle="1">
    <w:name w:val="見出し 4 (文字)"/>
    <w:basedOn w:val="DefaultParagraphFont"/>
    <w:uiPriority w:val="9"/>
    <w:semiHidden/>
    <w:qFormat/>
    <w:rsid w:val="00fc693f"/>
    <w:rPr>
      <w:rFonts w:ascii="Calibri" w:hAnsi="Calibri" w:eastAsia="ＭＳ ゴシック" w:cs="" w:asciiTheme="majorHAnsi" w:cstheme="majorBidi" w:eastAsiaTheme="majorEastAsia" w:hAnsiTheme="majorHAnsi"/>
      <w:b/>
      <w:bCs/>
      <w:i/>
      <w:iCs/>
      <w:color w:val="4F81BD" w:themeColor="accent1"/>
    </w:rPr>
  </w:style>
  <w:style w:type="character" w:styleId="51" w:customStyle="1">
    <w:name w:val="見出し 5 (文字)"/>
    <w:basedOn w:val="DefaultParagraphFont"/>
    <w:uiPriority w:val="9"/>
    <w:semiHidden/>
    <w:qFormat/>
    <w:rsid w:val="00fc693f"/>
    <w:rPr>
      <w:rFonts w:ascii="Calibri" w:hAnsi="Calibri" w:eastAsia="ＭＳ ゴシック" w:cs="" w:asciiTheme="majorHAnsi" w:cstheme="majorBidi" w:eastAsiaTheme="majorEastAsia" w:hAnsiTheme="majorHAnsi"/>
      <w:color w:val="243F60" w:themeColor="accent1" w:themeShade="7f"/>
    </w:rPr>
  </w:style>
  <w:style w:type="character" w:styleId="61" w:customStyle="1">
    <w:name w:val="見出し 6 (文字)"/>
    <w:basedOn w:val="DefaultParagraphFont"/>
    <w:uiPriority w:val="9"/>
    <w:semiHidden/>
    <w:qFormat/>
    <w:rsid w:val="00fc693f"/>
    <w:rPr>
      <w:rFonts w:ascii="Calibri" w:hAnsi="Calibri" w:eastAsia="ＭＳ ゴシック" w:cs="" w:asciiTheme="majorHAnsi" w:cstheme="majorBidi" w:eastAsiaTheme="majorEastAsia" w:hAnsiTheme="majorHAnsi"/>
      <w:i/>
      <w:iCs/>
      <w:color w:val="243F60" w:themeColor="accent1" w:themeShade="7f"/>
    </w:rPr>
  </w:style>
  <w:style w:type="character" w:styleId="71" w:customStyle="1">
    <w:name w:val="見出し 7 (文字)"/>
    <w:basedOn w:val="DefaultParagraphFont"/>
    <w:uiPriority w:val="9"/>
    <w:semiHidden/>
    <w:qFormat/>
    <w:rsid w:val="00fc693f"/>
    <w:rPr>
      <w:rFonts w:ascii="Calibri" w:hAnsi="Calibri" w:eastAsia="ＭＳ ゴシック" w:cs="" w:asciiTheme="majorHAnsi" w:cstheme="majorBidi" w:eastAsiaTheme="majorEastAsia" w:hAnsiTheme="majorHAnsi"/>
      <w:i/>
      <w:iCs/>
      <w:color w:val="404040" w:themeColor="text1" w:themeTint="bf"/>
    </w:rPr>
  </w:style>
  <w:style w:type="character" w:styleId="81" w:customStyle="1">
    <w:name w:val="見出し 8 (文字)"/>
    <w:basedOn w:val="DefaultParagraphFont"/>
    <w:uiPriority w:val="9"/>
    <w:semiHidden/>
    <w:qFormat/>
    <w:rsid w:val="00fc693f"/>
    <w:rPr>
      <w:rFonts w:ascii="Calibri" w:hAnsi="Calibri" w:eastAsia="ＭＳ ゴシック" w:cs="" w:asciiTheme="majorHAnsi" w:cstheme="majorBidi" w:eastAsiaTheme="majorEastAsia" w:hAnsiTheme="majorHAnsi"/>
      <w:color w:val="4F81BD" w:themeColor="accent1"/>
      <w:sz w:val="20"/>
      <w:szCs w:val="20"/>
    </w:rPr>
  </w:style>
  <w:style w:type="character" w:styleId="91" w:customStyle="1">
    <w:name w:val="見出し 9 (文字)"/>
    <w:basedOn w:val="DefaultParagraphFont"/>
    <w:uiPriority w:val="9"/>
    <w:semiHidden/>
    <w:qFormat/>
    <w:rsid w:val="00fc693f"/>
    <w:rPr>
      <w:rFonts w:ascii="Calibri" w:hAnsi="Calibri" w:eastAsia="ＭＳ ゴシック" w:cs="" w:asciiTheme="majorHAnsi" w:cstheme="majorBidi" w:eastAsiaTheme="majorEastAsia" w:hAnsiTheme="majorHAnsi"/>
      <w:i/>
      <w:iCs/>
      <w:color w:val="404040" w:themeColor="text1" w:themeTint="bf"/>
      <w:sz w:val="20"/>
      <w:szCs w:val="20"/>
    </w:rPr>
  </w:style>
  <w:style w:type="character" w:styleId="Strong">
    <w:name w:val="Strong"/>
    <w:basedOn w:val="DefaultParagraphFont"/>
    <w:uiPriority w:val="22"/>
    <w:qFormat/>
    <w:rsid w:val="00fc693f"/>
    <w:rPr>
      <w:b/>
      <w:bCs/>
    </w:rPr>
  </w:style>
  <w:style w:type="character" w:styleId="Style7">
    <w:name w:val="Emphasis"/>
    <w:basedOn w:val="DefaultParagraphFont"/>
    <w:uiPriority w:val="20"/>
    <w:qFormat/>
    <w:rsid w:val="00fc693f"/>
    <w:rPr>
      <w:i/>
      <w:iCs/>
    </w:rPr>
  </w:style>
  <w:style w:type="character" w:styleId="23" w:customStyle="1">
    <w:name w:val="引用文 2 (文字)"/>
    <w:basedOn w:val="DefaultParagraphFont"/>
    <w:link w:val="IntenseQuote"/>
    <w:uiPriority w:val="30"/>
    <w:qFormat/>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character" w:styleId="Style8">
    <w:name w:val="Hyperlink"/>
    <w:basedOn w:val="DefaultParagraphFont"/>
    <w:uiPriority w:val="99"/>
    <w:unhideWhenUsed/>
    <w:rsid w:val="00834c72"/>
    <w:rPr>
      <w:color w:val="0000FF" w:themeColor="hyperlink"/>
      <w:u w:val="single"/>
    </w:rPr>
  </w:style>
  <w:style w:type="character" w:styleId="UnresolvedMention">
    <w:name w:val="Unresolved Mention"/>
    <w:basedOn w:val="DefaultParagraphFont"/>
    <w:uiPriority w:val="99"/>
    <w:semiHidden/>
    <w:unhideWhenUsed/>
    <w:qFormat/>
    <w:rsid w:val="00834c72"/>
    <w:rPr>
      <w:color w:val="605E5C"/>
      <w:shd w:fill="E1DFDD" w:val="clear"/>
    </w:rPr>
  </w:style>
  <w:style w:type="character" w:styleId="Style9">
    <w:name w:val="ふりがな"/>
    <w:qFormat/>
    <w:rPr>
      <w:sz w:val="12"/>
      <w:szCs w:val="12"/>
      <w:u w:val="none"/>
      <w:em w:val="none"/>
    </w:rPr>
  </w:style>
  <w:style w:type="paragraph" w:styleId="Style10">
    <w:name w:val="見出し"/>
    <w:basedOn w:val="Normal"/>
    <w:next w:val="Style11"/>
    <w:qFormat/>
    <w:pPr>
      <w:keepNext w:val="true"/>
      <w:spacing w:before="240" w:after="120"/>
    </w:pPr>
    <w:rPr>
      <w:rFonts w:ascii="Liberation Sans" w:hAnsi="Liberation Sans" w:eastAsia="游ゴシック" w:cs="Arial"/>
      <w:sz w:val="28"/>
      <w:szCs w:val="28"/>
    </w:rPr>
  </w:style>
  <w:style w:type="paragraph" w:styleId="Style11">
    <w:name w:val="Body Text"/>
    <w:basedOn w:val="Normal"/>
    <w:link w:val="Style4"/>
    <w:uiPriority w:val="99"/>
    <w:unhideWhenUsed/>
    <w:rsid w:val="00aa1d8d"/>
    <w:pPr>
      <w:spacing w:before="0" w:after="120"/>
    </w:pPr>
    <w:rPr/>
  </w:style>
  <w:style w:type="paragraph" w:styleId="Style12">
    <w:name w:val="List"/>
    <w:basedOn w:val="Normal"/>
    <w:uiPriority w:val="99"/>
    <w:unhideWhenUsed/>
    <w:rsid w:val="00aa1d8d"/>
    <w:pPr>
      <w:spacing w:before="0" w:after="200"/>
      <w:ind w:left="360" w:hanging="360"/>
      <w:contextualSpacing/>
    </w:pPr>
    <w:rPr/>
  </w:style>
  <w:style w:type="paragraph" w:styleId="Style13">
    <w:name w:val="Caption"/>
    <w:basedOn w:val="Normal"/>
    <w:qFormat/>
    <w:pPr>
      <w:suppressLineNumbers/>
      <w:spacing w:before="120" w:after="120"/>
    </w:pPr>
    <w:rPr>
      <w:rFonts w:cs="Arial"/>
      <w:i/>
      <w:iCs/>
      <w:sz w:val="24"/>
      <w:szCs w:val="24"/>
    </w:rPr>
  </w:style>
  <w:style w:type="paragraph" w:styleId="Style14">
    <w:name w:val="索引"/>
    <w:basedOn w:val="Normal"/>
    <w:qFormat/>
    <w:pPr>
      <w:suppressLineNumbers/>
    </w:pPr>
    <w:rPr>
      <w:rFonts w:cs="Arial"/>
    </w:rPr>
  </w:style>
  <w:style w:type="paragraph" w:styleId="Style15">
    <w:name w:val="ヘッダーとフッター"/>
    <w:basedOn w:val="Normal"/>
    <w:qFormat/>
    <w:pPr/>
    <w:rPr/>
  </w:style>
  <w:style w:type="paragraph" w:styleId="Style16">
    <w:name w:val="Header"/>
    <w:basedOn w:val="Normal"/>
    <w:link w:val="Style"/>
    <w:uiPriority w:val="99"/>
    <w:unhideWhenUsed/>
    <w:rsid w:val="00e618bf"/>
    <w:pPr>
      <w:tabs>
        <w:tab w:val="clear" w:pos="720"/>
        <w:tab w:val="center" w:pos="4680" w:leader="none"/>
        <w:tab w:val="right" w:pos="9360" w:leader="none"/>
      </w:tabs>
      <w:spacing w:lineRule="auto" w:line="240" w:before="0" w:after="0"/>
    </w:pPr>
    <w:rPr/>
  </w:style>
  <w:style w:type="paragraph" w:styleId="Style17">
    <w:name w:val="Footer"/>
    <w:basedOn w:val="Normal"/>
    <w:link w:val="Style1"/>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bidi w:val="0"/>
      <w:spacing w:lineRule="auto" w:line="240" w:before="0" w:after="0"/>
      <w:jc w:val="lef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Style18">
    <w:name w:val="Title"/>
    <w:basedOn w:val="Normal"/>
    <w:next w:val="Normal"/>
    <w:link w:val="Style2"/>
    <w:uiPriority w:val="10"/>
    <w:qFormat/>
    <w:rsid w:val="00fc693f"/>
    <w:pPr>
      <w:pBdr>
        <w:bottom w:val="single" w:sz="8" w:space="4" w:color="4F81BD"/>
      </w:pBdr>
      <w:spacing w:lineRule="auto" w:line="240" w:before="0" w:after="300"/>
      <w:contextualSpacing/>
    </w:pPr>
    <w:rPr>
      <w:rFonts w:ascii="Calibri" w:hAnsi="Calibri" w:eastAsia="ＭＳ ゴシック" w:cs="" w:asciiTheme="majorHAnsi" w:cstheme="majorBidi" w:eastAsiaTheme="majorEastAsia" w:hAnsiTheme="majorHAnsi"/>
      <w:color w:val="17365D" w:themeColor="text2" w:themeShade="bf"/>
      <w:spacing w:val="5"/>
      <w:kern w:val="2"/>
      <w:sz w:val="52"/>
      <w:szCs w:val="52"/>
    </w:rPr>
  </w:style>
  <w:style w:type="paragraph" w:styleId="Style19">
    <w:name w:val="Subtitle"/>
    <w:basedOn w:val="Normal"/>
    <w:next w:val="Normal"/>
    <w:link w:val="Style3"/>
    <w:uiPriority w:val="11"/>
    <w:qFormat/>
    <w:rsid w:val="00fc693f"/>
    <w:pPr/>
    <w:rPr>
      <w:rFonts w:ascii="Calibri" w:hAnsi="Calibri" w:eastAsia="ＭＳ ゴシック" w:cs="" w:asciiTheme="majorHAnsi" w:cstheme="majorBidi" w:eastAsiaTheme="majorEastAsia" w:hAnsiTheme="majorHAnsi"/>
      <w:i/>
      <w:iCs/>
      <w:color w:val="4F81BD" w:themeColor="accent1"/>
      <w:spacing w:val="15"/>
      <w:sz w:val="24"/>
      <w:szCs w:val="24"/>
    </w:rPr>
  </w:style>
  <w:style w:type="paragraph" w:styleId="ListParagraph">
    <w:name w:val="List Paragraph"/>
    <w:basedOn w:val="Normal"/>
    <w:uiPriority w:val="34"/>
    <w:qFormat/>
    <w:rsid w:val="00fc693f"/>
    <w:pPr>
      <w:spacing w:before="0" w:after="200"/>
      <w:ind w:left="720" w:hanging="0"/>
      <w:contextualSpacing/>
    </w:pPr>
    <w:rPr/>
  </w:style>
  <w:style w:type="paragraph" w:styleId="BodyText2">
    <w:name w:val="Body Text 2"/>
    <w:basedOn w:val="Normal"/>
    <w:link w:val="22"/>
    <w:uiPriority w:val="99"/>
    <w:unhideWhenUsed/>
    <w:qFormat/>
    <w:rsid w:val="00aa1d8d"/>
    <w:pPr>
      <w:spacing w:lineRule="auto" w:line="480" w:before="0" w:after="120"/>
    </w:pPr>
    <w:rPr/>
  </w:style>
  <w:style w:type="paragraph" w:styleId="BodyText3">
    <w:name w:val="Body Text 3"/>
    <w:basedOn w:val="Normal"/>
    <w:link w:val="32"/>
    <w:uiPriority w:val="99"/>
    <w:unhideWhenUsed/>
    <w:qFormat/>
    <w:rsid w:val="00aa1d8d"/>
    <w:pPr>
      <w:spacing w:before="0" w:after="120"/>
    </w:pPr>
    <w:rPr>
      <w:sz w:val="16"/>
      <w:szCs w:val="16"/>
    </w:rPr>
  </w:style>
  <w:style w:type="paragraph" w:styleId="24">
    <w:name w:val="List Bullet 3"/>
    <w:basedOn w:val="Normal"/>
    <w:uiPriority w:val="99"/>
    <w:unhideWhenUsed/>
    <w:rsid w:val="00326f90"/>
    <w:pPr>
      <w:spacing w:before="0" w:after="200"/>
      <w:ind w:left="720" w:hanging="360"/>
      <w:contextualSpacing/>
    </w:pPr>
    <w:rPr/>
  </w:style>
  <w:style w:type="paragraph" w:styleId="33">
    <w:name w:val="List Bullet 4"/>
    <w:basedOn w:val="Normal"/>
    <w:uiPriority w:val="99"/>
    <w:unhideWhenUsed/>
    <w:rsid w:val="00326f90"/>
    <w:pPr>
      <w:spacing w:before="0" w:after="200"/>
      <w:ind w:left="1080" w:hanging="360"/>
      <w:contextualSpacing/>
    </w:pPr>
    <w:rPr/>
  </w:style>
  <w:style w:type="paragraph" w:styleId="ListBullet">
    <w:name w:val="List Bullet"/>
    <w:basedOn w:val="Normal"/>
    <w:uiPriority w:val="99"/>
    <w:unhideWhenUsed/>
    <w:qFormat/>
    <w:rsid w:val="00326f90"/>
    <w:pPr>
      <w:numPr>
        <w:ilvl w:val="0"/>
        <w:numId w:val="1"/>
      </w:numPr>
      <w:spacing w:before="0" w:after="200"/>
      <w:contextualSpacing/>
    </w:pPr>
    <w:rPr/>
  </w:style>
  <w:style w:type="paragraph" w:styleId="ListBullet2">
    <w:name w:val="List Bullet 2"/>
    <w:basedOn w:val="Normal"/>
    <w:uiPriority w:val="99"/>
    <w:unhideWhenUsed/>
    <w:qFormat/>
    <w:rsid w:val="00326f90"/>
    <w:pPr>
      <w:numPr>
        <w:ilvl w:val="0"/>
        <w:numId w:val="2"/>
      </w:numPr>
      <w:spacing w:before="0" w:after="200"/>
      <w:contextualSpacing/>
    </w:pPr>
    <w:rPr/>
  </w:style>
  <w:style w:type="paragraph" w:styleId="ListBullet3">
    <w:name w:val="List Bullet 3"/>
    <w:basedOn w:val="Normal"/>
    <w:uiPriority w:val="99"/>
    <w:unhideWhenUsed/>
    <w:qFormat/>
    <w:rsid w:val="00326f90"/>
    <w:pPr>
      <w:numPr>
        <w:ilvl w:val="0"/>
        <w:numId w:val="3"/>
      </w:numPr>
      <w:spacing w:before="0" w:after="200"/>
      <w:contextualSpacing/>
    </w:pPr>
    <w:rPr/>
  </w:style>
  <w:style w:type="paragraph" w:styleId="ListNumber">
    <w:name w:val="List Number"/>
    <w:basedOn w:val="Normal"/>
    <w:uiPriority w:val="99"/>
    <w:unhideWhenUsed/>
    <w:qFormat/>
    <w:rsid w:val="00326f90"/>
    <w:pPr>
      <w:numPr>
        <w:ilvl w:val="0"/>
        <w:numId w:val="4"/>
      </w:numPr>
      <w:spacing w:before="0" w:after="200"/>
      <w:contextualSpacing/>
    </w:pPr>
    <w:rPr/>
  </w:style>
  <w:style w:type="paragraph" w:styleId="ListNumber2">
    <w:name w:val="List Number 2"/>
    <w:basedOn w:val="Normal"/>
    <w:uiPriority w:val="99"/>
    <w:unhideWhenUsed/>
    <w:qFormat/>
    <w:rsid w:val="0029639d"/>
    <w:pPr>
      <w:numPr>
        <w:ilvl w:val="0"/>
        <w:numId w:val="5"/>
      </w:numPr>
      <w:spacing w:before="0" w:after="200"/>
      <w:contextualSpacing/>
    </w:pPr>
    <w:rPr/>
  </w:style>
  <w:style w:type="paragraph" w:styleId="ListNumber3">
    <w:name w:val="List Number 3"/>
    <w:basedOn w:val="Normal"/>
    <w:uiPriority w:val="99"/>
    <w:unhideWhenUsed/>
    <w:qFormat/>
    <w:rsid w:val="0029639d"/>
    <w:pPr>
      <w:numPr>
        <w:ilvl w:val="0"/>
        <w:numId w:val="6"/>
      </w:numPr>
      <w:spacing w:before="0" w:after="200"/>
      <w:contextualSpacing/>
    </w:pPr>
    <w:rPr/>
  </w:style>
  <w:style w:type="paragraph" w:styleId="ListContinue">
    <w:name w:val="List Continue"/>
    <w:basedOn w:val="Normal"/>
    <w:uiPriority w:val="99"/>
    <w:unhideWhenUsed/>
    <w:qFormat/>
    <w:rsid w:val="0029639d"/>
    <w:pPr>
      <w:spacing w:before="0" w:after="120"/>
      <w:ind w:left="360" w:hanging="0"/>
      <w:contextualSpacing/>
    </w:pPr>
    <w:rPr/>
  </w:style>
  <w:style w:type="paragraph" w:styleId="ListContinue2">
    <w:name w:val="List Continue 2"/>
    <w:basedOn w:val="Normal"/>
    <w:uiPriority w:val="99"/>
    <w:unhideWhenUsed/>
    <w:qFormat/>
    <w:rsid w:val="0029639d"/>
    <w:pPr>
      <w:spacing w:before="0" w:after="120"/>
      <w:ind w:left="720" w:hanging="0"/>
      <w:contextualSpacing/>
    </w:pPr>
    <w:rPr/>
  </w:style>
  <w:style w:type="paragraph" w:styleId="ListContinue3">
    <w:name w:val="List Continue 3"/>
    <w:basedOn w:val="Normal"/>
    <w:uiPriority w:val="99"/>
    <w:unhideWhenUsed/>
    <w:qFormat/>
    <w:rsid w:val="0029639d"/>
    <w:pPr>
      <w:spacing w:before="0" w:after="120"/>
      <w:ind w:left="1080" w:hanging="0"/>
      <w:contextualSpacing/>
    </w:pPr>
    <w:rPr/>
  </w:style>
  <w:style w:type="paragraph" w:styleId="Macro">
    <w:name w:val="macro"/>
    <w:link w:val="Style5"/>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bidi w:val="0"/>
      <w:spacing w:lineRule="auto" w:line="276" w:before="0" w:after="200"/>
      <w:jc w:val="left"/>
    </w:pPr>
    <w:rPr>
      <w:rFonts w:ascii="Courier" w:hAnsi="Courier" w:eastAsia="ＭＳ 明朝" w:cs="" w:cstheme="minorBidi" w:eastAsiaTheme="minorEastAsia"/>
      <w:color w:val="auto"/>
      <w:kern w:val="0"/>
      <w:sz w:val="20"/>
      <w:szCs w:val="20"/>
      <w:lang w:val="en-US" w:eastAsia="en-US" w:bidi="ar-SA"/>
    </w:rPr>
  </w:style>
  <w:style w:type="paragraph" w:styleId="Quote">
    <w:name w:val="Quote"/>
    <w:basedOn w:val="Normal"/>
    <w:next w:val="Normal"/>
    <w:link w:val="Style6"/>
    <w:uiPriority w:val="29"/>
    <w:qFormat/>
    <w:rsid w:val="00fc693f"/>
    <w:pPr/>
    <w:rPr>
      <w:i/>
      <w:iCs/>
      <w:color w:val="000000" w:themeColor="text1"/>
    </w:rPr>
  </w:style>
  <w:style w:type="paragraph" w:styleId="Caption">
    <w:name w:val="caption"/>
    <w:basedOn w:val="Normal"/>
    <w:next w:val="Normal"/>
    <w:uiPriority w:val="35"/>
    <w:semiHidden/>
    <w:unhideWhenUsed/>
    <w:qFormat/>
    <w:rsid w:val="00fc693f"/>
    <w:pPr>
      <w:spacing w:lineRule="auto" w:line="240"/>
    </w:pPr>
    <w:rPr>
      <w:b/>
      <w:bCs/>
      <w:color w:val="4F81BD" w:themeColor="accent1"/>
      <w:sz w:val="18"/>
      <w:szCs w:val="18"/>
    </w:rPr>
  </w:style>
  <w:style w:type="paragraph" w:styleId="IntenseQuote">
    <w:name w:val="Intense Quote"/>
    <w:basedOn w:val="Normal"/>
    <w:next w:val="Normal"/>
    <w:link w:val="23"/>
    <w:uiPriority w:val="30"/>
    <w:qFormat/>
    <w:rsid w:val="00fc693f"/>
    <w:pPr>
      <w:pBdr>
        <w:bottom w:val="single" w:sz="4" w:space="4" w:color="4F81BD"/>
      </w:pBdr>
      <w:spacing w:before="200" w:after="280"/>
      <w:ind w:left="936" w:right="936" w:hanging="0"/>
    </w:pPr>
    <w:rPr>
      <w:b/>
      <w:bCs/>
      <w:i/>
      <w:iCs/>
      <w:color w:val="4F81BD" w:themeColor="accent1"/>
    </w:rPr>
  </w:style>
  <w:style w:type="paragraph" w:styleId="Style20">
    <w:name w:val="Index Heading"/>
    <w:basedOn w:val="Style10"/>
    <w:pPr/>
    <w:rPr/>
  </w:style>
  <w:style w:type="paragraph" w:styleId="Style21">
    <w:name w:val="TOC Heading"/>
    <w:basedOn w:val="1"/>
    <w:next w:val="Normal"/>
    <w:uiPriority w:val="39"/>
    <w:semiHidden/>
    <w:unhideWhenUsed/>
    <w:qFormat/>
    <w:rsid w:val="00fc693f"/>
    <w:pPr>
      <w:outlineLvl w:val="9"/>
    </w:pPr>
    <w:rPr/>
  </w:style>
  <w:style w:type="numbering" w:styleId="NoList" w:default="1">
    <w:name w:val="No List"/>
    <w:uiPriority w:val="99"/>
    <w:semiHidden/>
    <w:unhideWhenUsed/>
    <w:qFormat/>
  </w:style>
  <w:style w:type="table" w:default="1" w:styleId="a3">
    <w:name w:val="Normal Table"/>
    <w:uiPriority w:val="99"/>
    <w:semiHidden/>
    <w:unhideWhenUsed/>
    <w:tblPr>
      <w:tblCellMar>
        <w:top w:w="0" w:type="dxa"/>
        <w:left w:w="108" w:type="dxa"/>
        <w:bottom w:w="0" w:type="dxa"/>
        <w:right w:w="108" w:type="dxa"/>
      </w:tblCellMar>
    </w:tblPr>
  </w:style>
  <w:style w:type="table" w:styleId="afe">
    <w:name w:val="Table Grid"/>
    <w:basedOn w:val="a3"/>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Application>LibreOffice/7.5.0.3$Windows_X86_64 LibreOffice_project/c21113d003cd3efa8c53188764377a8272d9d6de</Application>
  <AppVersion>15.0000</AppVersion>
  <Pages>1</Pages>
  <Words>420</Words>
  <Characters>420</Characters>
  <CharactersWithSpaces>642</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2026-08-18T02:01:00Z</dcterms:created>
  <dc:creator>福光希世江</dc:creator>
  <dc:description/>
  <dc:language>ja-JP</dc:language>
  <cp:lastModifiedBy>福光希世江</cp:lastModifiedBy>
  <cp:lastPrinted>2026-08-20T05:58:00Z</cp:lastPrinted>
  <dcterms:modified xsi:type="dcterms:W3CDTF">2026-08-20T05:58:00Z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